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Magyarország a második világháborúban (1938–1945)</w:t>
      </w:r>
    </w:p>
    <w:p>
      <w:pPr>
        <w:spacing w:after="80"/>
      </w:pPr>
      <w:r>
        <w:rPr>
          <w:b w:val="0"/>
          <w:i w:val="0"/>
          <w:color w:val="5A5F6B"/>
          <w:sz w:val="24"/>
          <w:u w:val="none"/>
        </w:rPr>
        <w:t>Tanulóvázlat · felismerendő képek · gyakorló érettségi feladatok megoldással</w:t>
      </w:r>
    </w:p>
    <w:p>
      <w:pPr>
        <w:pStyle w:val="Heading2"/>
      </w:pPr>
      <w:r>
        <w:t>Hogyan használd ezt a vázlatot?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1. rész – Vázlat:</w:t>
      </w:r>
      <w:r>
        <w:rPr>
          <w:b w:val="0"/>
          <w:i w:val="0"/>
          <w:sz w:val="22"/>
          <w:u w:val="none"/>
        </w:rPr>
        <w:t xml:space="preserve"> időrend, szereplők, események (az órai jegyzetedből, kiegészítve).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2. rész – Felismerendő képek:</w:t>
      </w:r>
      <w:r>
        <w:rPr>
          <w:b w:val="0"/>
          <w:i w:val="0"/>
          <w:sz w:val="22"/>
          <w:u w:val="none"/>
        </w:rPr>
        <w:t xml:space="preserve"> a feladatsorokban szereplő fényképek, hogy a dolgozatban azonnal felismerd őket.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3. rész – Gyakorló feladatok (14 db):</w:t>
      </w:r>
      <w:r>
        <w:rPr>
          <w:b w:val="0"/>
          <w:i w:val="0"/>
          <w:sz w:val="22"/>
          <w:u w:val="none"/>
        </w:rPr>
        <w:t xml:space="preserve"> a megoldás </w:t>
      </w:r>
      <w:r>
        <w:rPr>
          <w:b/>
          <w:i w:val="0"/>
          <w:sz w:val="22"/>
          <w:u w:val="none"/>
        </w:rPr>
        <w:t>mindig külön dián, közvetlenül a feladat után</w:t>
      </w:r>
      <w:r>
        <w:rPr>
          <w:b w:val="0"/>
          <w:i w:val="0"/>
          <w:sz w:val="22"/>
          <w:u w:val="none"/>
        </w:rPr>
        <w:t xml:space="preserve"> van, zöld „MEGOLDÁS” jelzéssel. Ha nem akarod látni, ne lépj tovább – próbáld ki először papíron!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Honnan származnak a megoldások?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2017–2023-as feladatok: a </w:t>
      </w:r>
      <w:r>
        <w:rPr>
          <w:b/>
          <w:i w:val="0"/>
          <w:sz w:val="22"/>
          <w:u w:val="none"/>
        </w:rPr>
        <w:t>hivatalos javítókulcs</w:t>
      </w:r>
      <w:r>
        <w:rPr>
          <w:b w:val="0"/>
          <w:i w:val="0"/>
          <w:sz w:val="22"/>
          <w:u w:val="none"/>
        </w:rPr>
        <w:t xml:space="preserve"> szerint (kivétel: a 2018. május (I) feladatnál a kulcsfájlban hibás a megoldás, ott saját levezetés áll – jelölve).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2005–2016-os gyűjtemény: itt </w:t>
      </w:r>
      <w:r>
        <w:rPr>
          <w:b/>
          <w:i w:val="0"/>
          <w:sz w:val="22"/>
          <w:u w:val="none"/>
        </w:rPr>
        <w:t>nincs hivatalos kulcs</w:t>
      </w:r>
      <w:r>
        <w:rPr>
          <w:b w:val="0"/>
          <w:i w:val="0"/>
          <w:sz w:val="22"/>
          <w:u w:val="none"/>
        </w:rPr>
        <w:t>, ezeknél saját megoldást adtam – jelölve; érdemes a tanárral ellenőrizni.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Jelölés:</w:t>
      </w:r>
      <w:r>
        <w:rPr>
          <w:b w:val="0"/>
          <w:i w:val="0"/>
          <w:sz w:val="22"/>
          <w:u w:val="none"/>
        </w:rPr>
        <w:t xml:space="preserve"> a lila, dőlt, „＋” jelű sorok </w:t>
      </w:r>
      <w:r>
        <w:rPr>
          <w:b/>
          <w:i w:val="0"/>
          <w:sz w:val="22"/>
          <w:u w:val="none"/>
        </w:rPr>
        <w:t>kiegészítések</w:t>
      </w:r>
      <w:r>
        <w:rPr>
          <w:b w:val="0"/>
          <w:i w:val="0"/>
          <w:sz w:val="22"/>
          <w:u w:val="none"/>
        </w:rPr>
        <w:t>, amelyek nem szerepelnek az órai jegyzetben, de a témához tartoznak.</w:t>
      </w:r>
    </w:p>
    <w:p>
      <w:pPr>
        <w:pStyle w:val="ListBullet"/>
        <w:spacing w:after="80"/>
      </w:pPr>
      <w:r>
        <w:rPr>
          <w:b w:val="0"/>
          <w:i/>
          <w:color w:val="6A3FA0"/>
          <w:sz w:val="20"/>
          <w:u w:val="none"/>
        </w:rPr>
        <w:t>＋ Ilyen formában jelennek meg a kiegészítések.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Tankönyv az órai jegyzet szerint: </w:t>
      </w:r>
      <w:r>
        <w:rPr>
          <w:b/>
          <w:i w:val="0"/>
          <w:sz w:val="22"/>
          <w:u w:val="none"/>
        </w:rPr>
        <w:t>180–206. oldal</w:t>
      </w:r>
      <w:r>
        <w:rPr>
          <w:b w:val="0"/>
          <w:i w:val="0"/>
          <w:sz w:val="22"/>
          <w:u w:val="none"/>
        </w:rPr>
        <w:t>.</w:t>
      </w:r>
    </w:p>
    <w:p>
      <w:pPr>
        <w:pStyle w:val="Heading2"/>
      </w:pPr>
      <w:r>
        <w:t>Időrend – a legfontosabb dátumok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463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Dátum</w:t>
            </w:r>
          </w:p>
        </w:tc>
        <w:tc>
          <w:tcPr>
            <w:tcW w:type="dxa" w:w="8175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Esemény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1936–38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>Darányi Kálmán kormánya – jobbratolódás, győri program (1938)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1938. márc.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>Anschluss (Ausztria csatlakozik a Német Birodalomhoz) – nő a revíziós igény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1938. máj.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>Első zsidótörvény (Imrédy-kormány): 20%-os korlát a kamarákban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1938. nov. 2.</w:t>
            </w:r>
          </w:p>
        </w:tc>
        <w:tc>
          <w:tcPr>
            <w:tcW w:type="dxa" w:w="8175"/>
          </w:tcPr>
          <w:p>
            <w:r/>
            <w:r>
              <w:rPr>
                <w:b/>
                <w:i w:val="0"/>
                <w:sz w:val="20"/>
                <w:u w:val="none"/>
              </w:rPr>
              <w:t>Első bécsi döntés</w:t>
            </w:r>
            <w:r>
              <w:rPr>
                <w:b w:val="0"/>
                <w:i w:val="0"/>
                <w:sz w:val="20"/>
                <w:u w:val="none"/>
              </w:rPr>
              <w:t xml:space="preserve"> – a Felvidék magyarlakta részei vissza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1939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>Nyilaskeresztes Párt megalakulása (Szálasi Ferenc)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1939. szept.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>Lengyelország megtámadása – Teleki: fegyveres semlegesség, lengyel menekültek befogadása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1940</w:t>
            </w:r>
          </w:p>
        </w:tc>
        <w:tc>
          <w:tcPr>
            <w:tcW w:type="dxa" w:w="8175"/>
          </w:tcPr>
          <w:p>
            <w:r/>
            <w:r>
              <w:rPr>
                <w:b/>
                <w:i w:val="0"/>
                <w:sz w:val="20"/>
                <w:u w:val="none"/>
              </w:rPr>
              <w:t>Második bécsi döntés</w:t>
            </w:r>
            <w:r>
              <w:rPr>
                <w:b w:val="0"/>
                <w:i w:val="0"/>
                <w:sz w:val="20"/>
                <w:u w:val="none"/>
              </w:rPr>
              <w:t xml:space="preserve"> – Észak-Erdély vissza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1941. ápr. 3.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>Teleki Pál öngyilkossága (a Jugoszlávia elleni német támadás miatt)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1941. jún. 26.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>Kassa bombázása → Bárdossy: hadba lépés a Szovjetunió ellen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1942–43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 xml:space="preserve">A 2. magyar hadsereg a keleti fronton; </w:t>
            </w:r>
            <w:r>
              <w:rPr>
                <w:b/>
                <w:i w:val="0"/>
                <w:sz w:val="20"/>
                <w:u w:val="none"/>
              </w:rPr>
              <w:t>Don-kanyar</w:t>
            </w:r>
            <w:r>
              <w:rPr>
                <w:b w:val="0"/>
                <w:i w:val="0"/>
                <w:sz w:val="20"/>
                <w:u w:val="none"/>
              </w:rPr>
              <w:t xml:space="preserve"> katasztrófa (1943 telén)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1944. márc. 19.</w:t>
            </w:r>
          </w:p>
        </w:tc>
        <w:tc>
          <w:tcPr>
            <w:tcW w:type="dxa" w:w="8175"/>
          </w:tcPr>
          <w:p>
            <w:r/>
            <w:r>
              <w:rPr>
                <w:b/>
                <w:i w:val="0"/>
                <w:sz w:val="20"/>
                <w:u w:val="none"/>
              </w:rPr>
              <w:t>Német megszállás</w:t>
            </w:r>
            <w:r>
              <w:rPr>
                <w:b w:val="0"/>
                <w:i w:val="0"/>
                <w:sz w:val="20"/>
                <w:u w:val="none"/>
              </w:rPr>
              <w:t>; Sztójay-kormány; deportálások (május–július)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1944. okt. 15.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>Kiugrási kísérlet kudarca; Szálasi hatalomátvétele, nyilas rémuralom</w:t>
            </w:r>
          </w:p>
        </w:tc>
      </w:tr>
      <w:tr>
        <w:tc>
          <w:tcPr>
            <w:tcW w:type="dxa" w:w="1463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1945. ápr.</w:t>
            </w:r>
          </w:p>
        </w:tc>
        <w:tc>
          <w:tcPr>
            <w:tcW w:type="dxa" w:w="8175"/>
          </w:tcPr>
          <w:p>
            <w:r/>
            <w:r>
              <w:rPr>
                <w:b w:val="0"/>
                <w:i w:val="0"/>
                <w:sz w:val="20"/>
                <w:u w:val="none"/>
              </w:rPr>
              <w:t>A harcok véget érnek Magyarország területén (szovjet csapatok)</w:t>
            </w:r>
          </w:p>
        </w:tc>
      </w:tr>
    </w:tbl>
    <w:p>
      <w:pPr>
        <w:spacing w:after="40"/>
      </w:pPr>
    </w:p>
    <w:p>
      <w:pPr>
        <w:pStyle w:val="Heading2"/>
      </w:pPr>
      <w:r>
        <w:t>Háttér: hogyan lett világháború?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Az óra egyetemes története – csak ami a magyar eseményekhez kell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1935–36:</w:t>
      </w:r>
      <w:r>
        <w:rPr>
          <w:b w:val="0"/>
          <w:i w:val="0"/>
          <w:sz w:val="22"/>
          <w:u w:val="none"/>
        </w:rPr>
        <w:t xml:space="preserve"> általános hadkötelezettség Németországban; a Rajna-vidék </w:t>
      </w:r>
      <w:r>
        <w:rPr>
          <w:b/>
          <w:i w:val="0"/>
          <w:sz w:val="22"/>
          <w:u w:val="none"/>
        </w:rPr>
        <w:t>remilitarizálása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1939. aug. 23.: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Molotov–Ribbentrop-paktum</w:t>
      </w:r>
      <w:r>
        <w:rPr>
          <w:b w:val="0"/>
          <w:i w:val="0"/>
          <w:sz w:val="22"/>
          <w:u w:val="none"/>
        </w:rPr>
        <w:t xml:space="preserve"> (Szovjetunió–Németország)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>kölcsönös megnemtámadás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titkos záradék: </w:t>
      </w:r>
      <w:r>
        <w:rPr>
          <w:b/>
          <w:i w:val="0"/>
          <w:sz w:val="22"/>
          <w:u w:val="none"/>
        </w:rPr>
        <w:t>Lengyelország felosztása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1939. szept. 1.:</w:t>
      </w:r>
      <w:r>
        <w:rPr>
          <w:b w:val="0"/>
          <w:i w:val="0"/>
          <w:sz w:val="22"/>
          <w:u w:val="none"/>
        </w:rPr>
        <w:t xml:space="preserve"> Németország megtámadja Lengyelországot; </w:t>
      </w:r>
      <w:r>
        <w:rPr>
          <w:b/>
          <w:i w:val="0"/>
          <w:sz w:val="22"/>
          <w:u w:val="none"/>
        </w:rPr>
        <w:t>szept. 17.:</w:t>
      </w:r>
      <w:r>
        <w:rPr>
          <w:b w:val="0"/>
          <w:i w:val="0"/>
          <w:sz w:val="22"/>
          <w:u w:val="none"/>
        </w:rPr>
        <w:t xml:space="preserve"> a Szovjetunió is → feldarabolják; kezdődik a „furcsa háború”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1940:</w:t>
      </w:r>
      <w:r>
        <w:rPr>
          <w:b w:val="0"/>
          <w:i w:val="0"/>
          <w:sz w:val="22"/>
          <w:u w:val="none"/>
        </w:rPr>
        <w:t xml:space="preserve"> Dánia, Norvégia, Hollandia, Belgium; májusban Belgiumon át a </w:t>
      </w:r>
      <w:r>
        <w:rPr>
          <w:b/>
          <w:i w:val="0"/>
          <w:sz w:val="22"/>
          <w:u w:val="none"/>
        </w:rPr>
        <w:t>Maginot-vonalat megkerülve</w:t>
      </w:r>
      <w:r>
        <w:rPr>
          <w:b w:val="0"/>
          <w:i w:val="0"/>
          <w:sz w:val="22"/>
          <w:u w:val="none"/>
        </w:rPr>
        <w:t xml:space="preserve"> támadnak → Franciaország kapitulál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1940. jún.:</w:t>
      </w:r>
      <w:r>
        <w:rPr>
          <w:b w:val="0"/>
          <w:i w:val="0"/>
          <w:sz w:val="22"/>
          <w:u w:val="none"/>
        </w:rPr>
        <w:t xml:space="preserve"> északon német megszállás, délen </w:t>
      </w:r>
      <w:r>
        <w:rPr>
          <w:b/>
          <w:i w:val="0"/>
          <w:sz w:val="22"/>
          <w:u w:val="none"/>
        </w:rPr>
        <w:t>Vichy</w:t>
      </w:r>
      <w:r>
        <w:rPr>
          <w:b w:val="0"/>
          <w:i w:val="0"/>
          <w:sz w:val="22"/>
          <w:u w:val="none"/>
        </w:rPr>
        <w:t xml:space="preserve"> (németbarát kormány)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1941 nyara:</w:t>
      </w:r>
      <w:r>
        <w:rPr>
          <w:b w:val="0"/>
          <w:i w:val="0"/>
          <w:sz w:val="22"/>
          <w:u w:val="none"/>
        </w:rPr>
        <w:t xml:space="preserve"> az angliai csata sikertelen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1941. jún. 22.: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Barbarossa-terv</w:t>
      </w:r>
      <w:r>
        <w:rPr>
          <w:b w:val="0"/>
          <w:i w:val="0"/>
          <w:sz w:val="22"/>
          <w:u w:val="none"/>
        </w:rPr>
        <w:t xml:space="preserve"> – megtámadják a Szovjetuniót, megnyílik a </w:t>
      </w:r>
      <w:r>
        <w:rPr>
          <w:b/>
          <w:i w:val="0"/>
          <w:sz w:val="22"/>
          <w:u w:val="none"/>
        </w:rPr>
        <w:t>keleti front</w:t>
      </w:r>
      <w:r>
        <w:rPr>
          <w:b w:val="0"/>
          <w:i w:val="0"/>
          <w:sz w:val="22"/>
          <w:u w:val="none"/>
        </w:rPr>
        <w:t>; Hitler szövetségeseitől (így Magyarországtól is) segítséget kér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1941. dec. 7.:</w:t>
      </w:r>
      <w:r>
        <w:rPr>
          <w:b w:val="0"/>
          <w:i w:val="0"/>
          <w:sz w:val="22"/>
          <w:u w:val="none"/>
        </w:rPr>
        <w:t xml:space="preserve"> a japánok lebombázzák </w:t>
      </w:r>
      <w:r>
        <w:rPr>
          <w:b/>
          <w:i w:val="0"/>
          <w:sz w:val="22"/>
          <w:u w:val="none"/>
        </w:rPr>
        <w:t>Pearl Harbort</w:t>
      </w:r>
      <w:r>
        <w:rPr>
          <w:b w:val="0"/>
          <w:i w:val="0"/>
          <w:sz w:val="22"/>
          <w:u w:val="none"/>
        </w:rPr>
        <w:t xml:space="preserve"> → az USA belép a háborúba a szövetségesek oldalán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1942-től:</w:t>
      </w:r>
      <w:r>
        <w:rPr>
          <w:b w:val="0"/>
          <w:i w:val="0"/>
          <w:sz w:val="22"/>
          <w:u w:val="none"/>
        </w:rPr>
        <w:t xml:space="preserve"> a japánok előretörése Indiától Ausztráliáig; az amerikaiak </w:t>
      </w:r>
      <w:r>
        <w:rPr>
          <w:b/>
          <w:i w:val="0"/>
          <w:sz w:val="22"/>
          <w:u w:val="none"/>
        </w:rPr>
        <w:t>békaugrás</w:t>
      </w:r>
      <w:r>
        <w:rPr>
          <w:b w:val="0"/>
          <w:i w:val="0"/>
          <w:sz w:val="22"/>
          <w:u w:val="none"/>
        </w:rPr>
        <w:t xml:space="preserve"> hadművelettel szigetenként foglalják vissza a területet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Sztálingrád</w:t>
      </w:r>
      <w:r>
        <w:rPr>
          <w:b w:val="0"/>
          <w:i w:val="0"/>
          <w:sz w:val="22"/>
          <w:u w:val="none"/>
        </w:rPr>
        <w:t xml:space="preserve"> térségében a legnagyobb összecsapások; hatalmas halálos áldozatszám</w:t>
      </w:r>
    </w:p>
    <w:p>
      <w:pPr>
        <w:spacing w:after="80"/>
      </w:pPr>
      <w:r>
        <w:rPr>
          <w:b w:val="0"/>
          <w:i/>
          <w:color w:val="6A3FA0"/>
          <w:sz w:val="20"/>
          <w:u w:val="none"/>
        </w:rPr>
        <w:t>＋ A jegyzetben 1942. dec. 7., ill. július 22. szerepelt: a helyes dátum 1941. dec. 7., ill. 1941. jún. 22.</w:t>
      </w:r>
    </w:p>
    <w:p>
      <w:pPr>
        <w:pStyle w:val="Heading2"/>
      </w:pPr>
      <w:r>
        <w:t>Háttér: a szövetségesek találkozói és a háború vége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37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Mikor / hol</w:t>
            </w:r>
          </w:p>
        </w:tc>
        <w:tc>
          <w:tcPr>
            <w:tcW w:type="dxa" w:w="7400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Mi történt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1941 · Atlanti-óceán</w:t>
            </w:r>
          </w:p>
        </w:tc>
        <w:tc>
          <w:tcPr>
            <w:tcW w:type="dxa" w:w="7400"/>
          </w:tcPr>
          <w:p>
            <w:r/>
            <w:r>
              <w:rPr>
                <w:b w:val="0"/>
                <w:i w:val="0"/>
                <w:sz w:val="20"/>
                <w:u w:val="none"/>
              </w:rPr>
              <w:t>Churchill és Roosevelt találkozója: közös fellépés a tengelyhatalmak ellen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1943 · Casablanca</w:t>
            </w:r>
          </w:p>
        </w:tc>
        <w:tc>
          <w:tcPr>
            <w:tcW w:type="dxa" w:w="7400"/>
          </w:tcPr>
          <w:p>
            <w:r/>
            <w:r>
              <w:rPr>
                <w:b w:val="0"/>
                <w:i w:val="0"/>
                <w:sz w:val="20"/>
                <w:u w:val="none"/>
              </w:rPr>
              <w:t xml:space="preserve">Csak a </w:t>
            </w:r>
            <w:r>
              <w:rPr>
                <w:b/>
                <w:i w:val="0"/>
                <w:sz w:val="20"/>
                <w:u w:val="none"/>
              </w:rPr>
              <w:t>feltétel nélküli békét</w:t>
            </w:r>
            <w:r>
              <w:rPr>
                <w:b w:val="0"/>
                <w:i w:val="0"/>
                <w:sz w:val="20"/>
                <w:u w:val="none"/>
              </w:rPr>
              <w:t xml:space="preserve"> fogadják el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1943 · Teherán</w:t>
            </w:r>
          </w:p>
        </w:tc>
        <w:tc>
          <w:tcPr>
            <w:tcW w:type="dxa" w:w="7400"/>
          </w:tcPr>
          <w:p>
            <w:r/>
            <w:r>
              <w:rPr>
                <w:b w:val="0"/>
                <w:i w:val="0"/>
                <w:sz w:val="20"/>
                <w:u w:val="none"/>
              </w:rPr>
              <w:t xml:space="preserve">Sztálin, Roosevelt, Churchill – a </w:t>
            </w:r>
            <w:r>
              <w:rPr>
                <w:b/>
                <w:i w:val="0"/>
                <w:sz w:val="20"/>
                <w:u w:val="none"/>
              </w:rPr>
              <w:t>második front</w:t>
            </w:r>
            <w:r>
              <w:rPr>
                <w:b w:val="0"/>
                <w:i w:val="0"/>
                <w:sz w:val="20"/>
                <w:u w:val="none"/>
              </w:rPr>
              <w:t xml:space="preserve"> megnyitásának terve; a Szovjetunió megtámadja Japánt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1944. jún. 6.</w:t>
            </w:r>
          </w:p>
        </w:tc>
        <w:tc>
          <w:tcPr>
            <w:tcW w:type="dxa" w:w="7400"/>
          </w:tcPr>
          <w:p>
            <w:r/>
            <w:r>
              <w:rPr>
                <w:b/>
                <w:i w:val="0"/>
                <w:sz w:val="20"/>
                <w:u w:val="none"/>
              </w:rPr>
              <w:t>Normandia</w:t>
            </w:r>
            <w:r>
              <w:rPr>
                <w:b w:val="0"/>
                <w:i w:val="0"/>
                <w:sz w:val="20"/>
                <w:u w:val="none"/>
              </w:rPr>
              <w:t xml:space="preserve"> – a második front megnyitása nyugaton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1945. febr. · Jalta</w:t>
            </w:r>
          </w:p>
        </w:tc>
        <w:tc>
          <w:tcPr>
            <w:tcW w:type="dxa" w:w="7400"/>
          </w:tcPr>
          <w:p>
            <w:r/>
            <w:r>
              <w:rPr>
                <w:b w:val="0"/>
                <w:i w:val="0"/>
                <w:sz w:val="20"/>
                <w:u w:val="none"/>
              </w:rPr>
              <w:t>Sztálin, Roosevelt, Churchill – a háború utáni tervek, megszállási övezetek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1945. máj. 2. / máj. 8.</w:t>
            </w:r>
          </w:p>
        </w:tc>
        <w:tc>
          <w:tcPr>
            <w:tcW w:type="dxa" w:w="7400"/>
          </w:tcPr>
          <w:p>
            <w:r/>
            <w:r>
              <w:rPr>
                <w:b w:val="0"/>
                <w:i w:val="0"/>
                <w:sz w:val="20"/>
                <w:u w:val="none"/>
              </w:rPr>
              <w:t>Berlin elesik / az európai hadszíntéren véget ér a háború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1945. júl. · Potsdam</w:t>
            </w:r>
          </w:p>
        </w:tc>
        <w:tc>
          <w:tcPr>
            <w:tcW w:type="dxa" w:w="7400"/>
          </w:tcPr>
          <w:p>
            <w:r/>
            <w:r>
              <w:rPr>
                <w:b w:val="0"/>
                <w:i w:val="0"/>
                <w:sz w:val="20"/>
                <w:u w:val="none"/>
              </w:rPr>
              <w:t>A háborús bűnösök felelősségre vonása, megszállási övezetek kialakítása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1945. aug. 6. / aug. 9.</w:t>
            </w:r>
          </w:p>
        </w:tc>
        <w:tc>
          <w:tcPr>
            <w:tcW w:type="dxa" w:w="7400"/>
          </w:tcPr>
          <w:p>
            <w:r/>
            <w:r>
              <w:rPr>
                <w:b/>
                <w:i w:val="0"/>
                <w:sz w:val="20"/>
                <w:u w:val="none"/>
              </w:rPr>
              <w:t>Hirosima / Nagaszaki</w:t>
            </w:r>
            <w:r>
              <w:rPr>
                <w:b w:val="0"/>
                <w:i w:val="0"/>
                <w:sz w:val="20"/>
                <w:u w:val="none"/>
              </w:rPr>
              <w:t xml:space="preserve"> – Japán kapitulál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1945. szept. 2.</w:t>
            </w:r>
          </w:p>
        </w:tc>
        <w:tc>
          <w:tcPr>
            <w:tcW w:type="dxa" w:w="7400"/>
          </w:tcPr>
          <w:p>
            <w:r/>
            <w:r>
              <w:rPr>
                <w:b w:val="0"/>
                <w:i w:val="0"/>
                <w:sz w:val="20"/>
                <w:u w:val="none"/>
              </w:rPr>
              <w:t xml:space="preserve">A </w:t>
            </w:r>
            <w:r>
              <w:rPr>
                <w:b/>
                <w:i w:val="0"/>
                <w:sz w:val="20"/>
                <w:u w:val="none"/>
              </w:rPr>
              <w:t>II. világháború vége</w:t>
            </w:r>
          </w:p>
        </w:tc>
      </w:tr>
    </w:tbl>
    <w:p>
      <w:pPr>
        <w:spacing w:after="40"/>
      </w:pPr>
    </w:p>
    <w:p>
      <w:pPr>
        <w:pStyle w:val="Heading2"/>
      </w:pPr>
      <w:r>
        <w:t>A jobbratolódás: Darányi Kálmán (1936–1938)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Magyarország </w:t>
      </w:r>
      <w:r>
        <w:rPr>
          <w:b/>
          <w:i w:val="0"/>
          <w:sz w:val="22"/>
          <w:u w:val="none"/>
        </w:rPr>
        <w:t>jobbratolódása</w:t>
      </w:r>
      <w:r>
        <w:rPr>
          <w:b w:val="0"/>
          <w:i w:val="0"/>
          <w:sz w:val="22"/>
          <w:u w:val="none"/>
        </w:rPr>
        <w:t xml:space="preserve"> tovább erősödik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oka: a </w:t>
      </w:r>
      <w:r>
        <w:rPr>
          <w:b/>
          <w:i w:val="0"/>
          <w:sz w:val="22"/>
          <w:u w:val="none"/>
        </w:rPr>
        <w:t>revíziós igény</w:t>
      </w:r>
      <w:r>
        <w:rPr>
          <w:b w:val="0"/>
          <w:i w:val="0"/>
          <w:sz w:val="22"/>
          <w:u w:val="none"/>
        </w:rPr>
        <w:t xml:space="preserve"> fokozódása – Németország </w:t>
      </w:r>
      <w:r>
        <w:rPr>
          <w:b/>
          <w:i w:val="0"/>
          <w:sz w:val="22"/>
          <w:u w:val="none"/>
        </w:rPr>
        <w:t>1936-tól jelentős terjeszkedésbe</w:t>
      </w:r>
      <w:r>
        <w:rPr>
          <w:b w:val="0"/>
          <w:i w:val="0"/>
          <w:sz w:val="22"/>
          <w:u w:val="none"/>
        </w:rPr>
        <w:t xml:space="preserve"> kezd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Győri program</w:t>
      </w:r>
      <w:r>
        <w:rPr>
          <w:b w:val="0"/>
          <w:i w:val="0"/>
          <w:sz w:val="22"/>
          <w:u w:val="none"/>
        </w:rPr>
        <w:t xml:space="preserve"> (1938): az ország </w:t>
      </w:r>
      <w:r>
        <w:rPr>
          <w:b/>
          <w:i w:val="0"/>
          <w:sz w:val="22"/>
          <w:u w:val="none"/>
        </w:rPr>
        <w:t>újrafelfegyverzése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1 milliárd pengő; az 5 évre tervezett felfegyverzést </w:t>
      </w:r>
      <w:r>
        <w:rPr>
          <w:b/>
          <w:i w:val="0"/>
          <w:sz w:val="22"/>
          <w:u w:val="none"/>
        </w:rPr>
        <w:t>2 év alatt</w:t>
      </w:r>
      <w:r>
        <w:rPr>
          <w:b w:val="0"/>
          <w:i w:val="0"/>
          <w:sz w:val="22"/>
          <w:u w:val="none"/>
        </w:rPr>
        <w:t xml:space="preserve"> teljesítik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1938 – Anschluss:</w:t>
      </w:r>
      <w:r>
        <w:rPr>
          <w:b w:val="0"/>
          <w:i w:val="0"/>
          <w:sz w:val="22"/>
          <w:u w:val="none"/>
        </w:rPr>
        <w:t xml:space="preserve"> tovább fokozza a revíziós igényt – a társadalom </w:t>
      </w:r>
      <w:r>
        <w:rPr>
          <w:b/>
          <w:i w:val="0"/>
          <w:sz w:val="22"/>
          <w:u w:val="none"/>
        </w:rPr>
        <w:t>Hitlertől várja</w:t>
      </w:r>
      <w:r>
        <w:rPr>
          <w:b w:val="0"/>
          <w:i w:val="0"/>
          <w:sz w:val="22"/>
          <w:u w:val="none"/>
        </w:rPr>
        <w:t xml:space="preserve"> a megvalósítást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Horthy elzárkózik</w:t>
      </w:r>
      <w:r>
        <w:rPr>
          <w:b w:val="0"/>
          <w:i w:val="0"/>
          <w:sz w:val="22"/>
          <w:u w:val="none"/>
        </w:rPr>
        <w:t xml:space="preserve"> ettől, és </w:t>
      </w:r>
      <w:r>
        <w:rPr>
          <w:b/>
          <w:i w:val="0"/>
          <w:sz w:val="22"/>
          <w:u w:val="none"/>
        </w:rPr>
        <w:t>leváltja Darányit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Utódja: Imrédy Béla</w:t>
      </w:r>
      <w:r>
        <w:rPr>
          <w:b w:val="0"/>
          <w:i w:val="0"/>
          <w:sz w:val="22"/>
          <w:u w:val="none"/>
        </w:rPr>
        <w:t xml:space="preserve"> (1938–1939) – lásd a következő dián</w:t>
      </w:r>
    </w:p>
    <w:p>
      <w:pPr>
        <w:pStyle w:val="Heading2"/>
      </w:pPr>
      <w:r>
        <w:t>Imrédy Béla (1938–1939) és az első zsidótörvény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Első zsidótörvény</w:t>
      </w:r>
      <w:r>
        <w:rPr>
          <w:b w:val="0"/>
          <w:i w:val="0"/>
          <w:sz w:val="22"/>
          <w:u w:val="none"/>
        </w:rPr>
        <w:t xml:space="preserve"> (kidolgozása még Darányi alatt, elfogadása </w:t>
      </w:r>
      <w:r>
        <w:rPr>
          <w:b/>
          <w:i w:val="0"/>
          <w:sz w:val="22"/>
          <w:u w:val="none"/>
        </w:rPr>
        <w:t>1938 májusában</w:t>
      </w:r>
      <w:r>
        <w:rPr>
          <w:b w:val="0"/>
          <w:i w:val="0"/>
          <w:sz w:val="22"/>
          <w:u w:val="none"/>
        </w:rPr>
        <w:t>)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zsidónak minősül, aki az </w:t>
      </w:r>
      <w:r>
        <w:rPr>
          <w:b/>
          <w:i w:val="0"/>
          <w:sz w:val="22"/>
          <w:u w:val="none"/>
        </w:rPr>
        <w:t>izraelita valláshoz</w:t>
      </w:r>
      <w:r>
        <w:rPr>
          <w:b w:val="0"/>
          <w:i w:val="0"/>
          <w:sz w:val="22"/>
          <w:u w:val="none"/>
        </w:rPr>
        <w:t xml:space="preserve"> tartozik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20%-ban korlátozza</w:t>
      </w:r>
      <w:r>
        <w:rPr>
          <w:b w:val="0"/>
          <w:i w:val="0"/>
          <w:sz w:val="22"/>
          <w:u w:val="none"/>
        </w:rPr>
        <w:t xml:space="preserve"> a számarányukat a hivatali/értelmiségi pályákon és a felsőoktatásban (</w:t>
      </w:r>
      <w:r>
        <w:rPr>
          <w:b/>
          <w:i w:val="0"/>
          <w:sz w:val="22"/>
          <w:u w:val="none"/>
        </w:rPr>
        <w:t>ügyvéd, orvos, mérnök, újságíró, pedagógus</w:t>
      </w:r>
      <w:r>
        <w:rPr>
          <w:b w:val="0"/>
          <w:i w:val="0"/>
          <w:sz w:val="22"/>
          <w:u w:val="none"/>
        </w:rPr>
        <w:t xml:space="preserve"> stb.)</w:t>
      </w:r>
    </w:p>
    <w:p>
      <w:pPr>
        <w:pStyle w:val="ListBullet2"/>
        <w:spacing w:after="80"/>
      </w:pPr>
      <w:r>
        <w:rPr>
          <w:b w:val="0"/>
          <w:i/>
          <w:color w:val="6A3FA0"/>
          <w:sz w:val="20"/>
          <w:u w:val="none"/>
        </w:rPr>
        <w:t>＋ mentesek: hadirokkantak, tűzharcosok, hősi halált halt szülők gyermekei, az 1919. aug. 1. előtt kikeresztelkedettek (a törvény szövege alapján)</w:t>
      </w:r>
    </w:p>
    <w:p>
      <w:pPr>
        <w:pStyle w:val="ListBullet2"/>
        <w:spacing w:after="80"/>
      </w:pPr>
      <w:r>
        <w:rPr>
          <w:b w:val="0"/>
          <w:i/>
          <w:color w:val="6A3FA0"/>
          <w:sz w:val="20"/>
          <w:u w:val="none"/>
        </w:rPr>
        <w:t xml:space="preserve">＋ tiltakozott ellene többek között írók, művészek, tudósok kiáltványa: sérti az </w:t>
      </w:r>
      <w:r>
        <w:rPr>
          <w:b/>
          <w:i/>
          <w:color w:val="6A3FA0"/>
          <w:sz w:val="20"/>
          <w:u w:val="none"/>
        </w:rPr>
        <w:t>állampolgári jogegyenlőséget</w:t>
      </w:r>
      <w:r>
        <w:rPr>
          <w:b w:val="0"/>
          <w:i/>
          <w:color w:val="6A3FA0"/>
          <w:sz w:val="20"/>
          <w:u w:val="none"/>
        </w:rPr>
        <w:t xml:space="preserve"> (1938. máj. 5.)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Nyilaskeresztes Párt</w:t>
      </w:r>
      <w:r>
        <w:rPr>
          <w:b w:val="0"/>
          <w:i w:val="0"/>
          <w:sz w:val="22"/>
          <w:u w:val="none"/>
        </w:rPr>
        <w:t xml:space="preserve"> – </w:t>
      </w:r>
      <w:r>
        <w:rPr>
          <w:b/>
          <w:i w:val="0"/>
          <w:sz w:val="22"/>
          <w:u w:val="none"/>
        </w:rPr>
        <w:t>1939</w:t>
      </w:r>
      <w:r>
        <w:rPr>
          <w:b w:val="0"/>
          <w:i w:val="0"/>
          <w:sz w:val="22"/>
          <w:u w:val="none"/>
        </w:rPr>
        <w:t xml:space="preserve">, </w:t>
      </w:r>
      <w:r>
        <w:rPr>
          <w:b/>
          <w:i w:val="0"/>
          <w:sz w:val="22"/>
          <w:u w:val="none"/>
        </w:rPr>
        <w:t>Szálasi Ferenc</w:t>
      </w:r>
      <w:r>
        <w:rPr>
          <w:b w:val="0"/>
          <w:i w:val="0"/>
          <w:sz w:val="22"/>
          <w:u w:val="none"/>
        </w:rPr>
        <w:t xml:space="preserve">; előzménye a </w:t>
      </w:r>
      <w:r>
        <w:rPr>
          <w:b/>
          <w:i w:val="0"/>
          <w:sz w:val="22"/>
          <w:u w:val="none"/>
        </w:rPr>
        <w:t>Nemzeti Akarat Pártja</w:t>
      </w:r>
      <w:r>
        <w:rPr>
          <w:b w:val="0"/>
          <w:i w:val="0"/>
          <w:sz w:val="22"/>
          <w:u w:val="none"/>
        </w:rPr>
        <w:t xml:space="preserve"> (1935-től)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hungarista ideológia:</w:t>
      </w:r>
      <w:r>
        <w:rPr>
          <w:b w:val="0"/>
          <w:i w:val="0"/>
          <w:sz w:val="22"/>
          <w:u w:val="none"/>
        </w:rPr>
        <w:t xml:space="preserve"> Hitlerhez hasonlóan tömegpártot akar, de zavaros, demagóg, történelmi fejtegetés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Imrédy </w:t>
      </w:r>
      <w:r>
        <w:rPr>
          <w:b/>
          <w:i w:val="0"/>
          <w:sz w:val="22"/>
          <w:u w:val="none"/>
        </w:rPr>
        <w:t>„csodálatos forradalom”</w:t>
      </w:r>
      <w:r>
        <w:rPr>
          <w:b w:val="0"/>
          <w:i w:val="0"/>
          <w:sz w:val="22"/>
          <w:u w:val="none"/>
        </w:rPr>
        <w:t>-ot hirdet – ő is tömegpártot szeretne létrehozni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Horthy leváltja</w:t>
      </w:r>
      <w:r>
        <w:rPr>
          <w:b w:val="0"/>
          <w:i w:val="0"/>
          <w:sz w:val="22"/>
          <w:u w:val="none"/>
        </w:rPr>
        <w:t xml:space="preserve">, és ismét </w:t>
      </w:r>
      <w:r>
        <w:rPr>
          <w:b/>
          <w:i w:val="0"/>
          <w:sz w:val="22"/>
          <w:u w:val="none"/>
        </w:rPr>
        <w:t>Teleki Pált</w:t>
      </w:r>
      <w:r>
        <w:rPr>
          <w:b w:val="0"/>
          <w:i w:val="0"/>
          <w:sz w:val="22"/>
          <w:u w:val="none"/>
        </w:rPr>
        <w:t xml:space="preserve"> kéri fel kormányalakításra</w:t>
      </w:r>
    </w:p>
    <w:p>
      <w:pPr>
        <w:spacing w:after="80"/>
      </w:pPr>
      <w:r>
        <w:rPr>
          <w:b w:val="0"/>
          <w:i/>
          <w:color w:val="6A3FA0"/>
          <w:sz w:val="20"/>
          <w:u w:val="none"/>
        </w:rPr>
        <w:t>＋ A második zsidótörvény előkészítése még Imrédy alatt indult; elfogadására 1939 tavaszán, Teleki alatt került sor.</w:t>
      </w:r>
    </w:p>
    <w:p>
      <w:pPr>
        <w:pStyle w:val="Heading2"/>
      </w:pPr>
      <w:r>
        <w:t>A revízió lépései: a bécsi döntések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377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Mikor</w:t>
            </w:r>
          </w:p>
        </w:tc>
        <w:tc>
          <w:tcPr>
            <w:tcW w:type="dxa" w:w="4819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Mi történt</w:t>
            </w:r>
          </w:p>
        </w:tc>
        <w:tc>
          <w:tcPr>
            <w:tcW w:type="dxa" w:w="3442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Hogyan</w:t>
            </w:r>
          </w:p>
        </w:tc>
      </w:tr>
      <w:tr>
        <w:tc>
          <w:tcPr>
            <w:tcW w:type="dxa" w:w="137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1938. szept.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Müncheni konferencia: a magyar területi kérdésben Anglia és Franciaország nem vesz részt</w:t>
            </w:r>
          </w:p>
        </w:tc>
        <w:tc>
          <w:tcPr>
            <w:tcW w:type="dxa" w:w="3442"/>
          </w:tcPr>
          <w:p>
            <w:r/>
            <w:r>
              <w:rPr>
                <w:b w:val="0"/>
                <w:i w:val="0"/>
                <w:sz w:val="20"/>
                <w:u w:val="none"/>
              </w:rPr>
              <w:t>Németország és Olaszország dönt: Magyarország visszakapja Csehszlovákia magyarlakta területeit</w:t>
            </w:r>
          </w:p>
        </w:tc>
      </w:tr>
      <w:tr>
        <w:tc>
          <w:tcPr>
            <w:tcW w:type="dxa" w:w="137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1938. nov. 2.</w:t>
            </w:r>
          </w:p>
        </w:tc>
        <w:tc>
          <w:tcPr>
            <w:tcW w:type="dxa" w:w="4819"/>
          </w:tcPr>
          <w:p>
            <w:r/>
            <w:r>
              <w:rPr>
                <w:b/>
                <w:i w:val="0"/>
                <w:sz w:val="20"/>
                <w:u w:val="none"/>
              </w:rPr>
              <w:t>Első bécsi döntés:</w:t>
            </w:r>
            <w:r>
              <w:rPr>
                <w:b w:val="0"/>
                <w:i w:val="0"/>
                <w:sz w:val="20"/>
                <w:u w:val="none"/>
              </w:rPr>
              <w:t xml:space="preserve"> Csehszlovákia magyarlakta területei (Felvidék) visszakerülnek</w:t>
            </w:r>
          </w:p>
        </w:tc>
        <w:tc>
          <w:tcPr>
            <w:tcW w:type="dxa" w:w="3442"/>
          </w:tcPr>
          <w:p>
            <w:r/>
            <w:r>
              <w:rPr>
                <w:b w:val="0"/>
                <w:i w:val="0"/>
                <w:sz w:val="20"/>
                <w:u w:val="none"/>
              </w:rPr>
              <w:t>német–olasz döntőbíráskodás</w:t>
            </w:r>
          </w:p>
        </w:tc>
      </w:tr>
      <w:tr>
        <w:tc>
          <w:tcPr>
            <w:tcW w:type="dxa" w:w="1377"/>
          </w:tcPr>
          <w:p>
            <w:r/>
            <w:r>
              <w:rPr>
                <w:b w:val="0"/>
                <w:i/>
                <w:color w:val="6A3FA0"/>
                <w:sz w:val="18"/>
                <w:u w:val="none"/>
              </w:rPr>
              <w:t>＋ 1939. márc.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/>
                <w:color w:val="6A3FA0"/>
                <w:sz w:val="18"/>
                <w:u w:val="none"/>
              </w:rPr>
              <w:t>＋ Kárpátalja visszafoglalása</w:t>
            </w:r>
          </w:p>
        </w:tc>
        <w:tc>
          <w:tcPr>
            <w:tcW w:type="dxa" w:w="3442"/>
          </w:tcPr>
          <w:p>
            <w:r/>
            <w:r>
              <w:rPr>
                <w:b w:val="0"/>
                <w:i/>
                <w:color w:val="6A3FA0"/>
                <w:sz w:val="18"/>
                <w:u w:val="none"/>
              </w:rPr>
              <w:t>＋ magyar katonai akció német jóváhagyással</w:t>
            </w:r>
          </w:p>
        </w:tc>
      </w:tr>
      <w:tr>
        <w:tc>
          <w:tcPr>
            <w:tcW w:type="dxa" w:w="1377"/>
          </w:tcPr>
          <w:p>
            <w:r/>
            <w:r>
              <w:rPr>
                <w:b w:val="0"/>
                <w:i w:val="0"/>
                <w:sz w:val="20"/>
                <w:u w:val="none"/>
              </w:rPr>
              <w:t>1940</w:t>
            </w:r>
          </w:p>
        </w:tc>
        <w:tc>
          <w:tcPr>
            <w:tcW w:type="dxa" w:w="4819"/>
          </w:tcPr>
          <w:p>
            <w:r/>
            <w:r>
              <w:rPr>
                <w:b/>
                <w:i w:val="0"/>
                <w:sz w:val="20"/>
                <w:u w:val="none"/>
              </w:rPr>
              <w:t>Második bécsi döntés:</w:t>
            </w:r>
            <w:r>
              <w:rPr>
                <w:b w:val="0"/>
                <w:i w:val="0"/>
                <w:sz w:val="20"/>
                <w:u w:val="none"/>
              </w:rPr>
              <w:t xml:space="preserve"> </w:t>
            </w:r>
            <w:r>
              <w:rPr>
                <w:b/>
                <w:i w:val="0"/>
                <w:sz w:val="20"/>
                <w:u w:val="none"/>
              </w:rPr>
              <w:t>Észak-Erdély</w:t>
            </w:r>
            <w:r>
              <w:rPr>
                <w:b w:val="0"/>
                <w:i w:val="0"/>
                <w:sz w:val="20"/>
                <w:u w:val="none"/>
              </w:rPr>
              <w:t xml:space="preserve"> visszakerül Magyarországhoz</w:t>
            </w:r>
          </w:p>
        </w:tc>
        <w:tc>
          <w:tcPr>
            <w:tcW w:type="dxa" w:w="3442"/>
          </w:tcPr>
          <w:p>
            <w:r/>
            <w:r>
              <w:rPr>
                <w:b w:val="0"/>
                <w:i w:val="0"/>
                <w:sz w:val="20"/>
                <w:u w:val="none"/>
              </w:rPr>
              <w:t>német–olasz döntőbíráskodás</w:t>
            </w:r>
          </w:p>
        </w:tc>
      </w:tr>
      <w:tr>
        <w:tc>
          <w:tcPr>
            <w:tcW w:type="dxa" w:w="1377"/>
          </w:tcPr>
          <w:p>
            <w:r/>
            <w:r>
              <w:rPr>
                <w:b w:val="0"/>
                <w:i/>
                <w:color w:val="6A3FA0"/>
                <w:sz w:val="18"/>
                <w:u w:val="none"/>
              </w:rPr>
              <w:t>＋ 1941. ápr.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/>
                <w:color w:val="6A3FA0"/>
                <w:sz w:val="18"/>
                <w:u w:val="none"/>
              </w:rPr>
              <w:t>＋ Délvidék (a Jugoszlávia elleni támadás után)</w:t>
            </w:r>
          </w:p>
        </w:tc>
        <w:tc>
          <w:tcPr>
            <w:tcW w:type="dxa" w:w="3442"/>
          </w:tcPr>
          <w:p>
            <w:r/>
            <w:r>
              <w:rPr>
                <w:b w:val="0"/>
                <w:i/>
                <w:color w:val="6A3FA0"/>
                <w:sz w:val="18"/>
                <w:u w:val="none"/>
              </w:rPr>
              <w:t>＋ magyar csapatok bevonulása a német támadás nyomán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sz w:val="22"/>
          <w:u w:val="none"/>
        </w:rPr>
        <w:t>Jegyezd meg:</w:t>
      </w:r>
      <w:r>
        <w:rPr>
          <w:b w:val="0"/>
          <w:i w:val="0"/>
          <w:sz w:val="22"/>
          <w:u w:val="none"/>
        </w:rPr>
        <w:t xml:space="preserve"> a revízió </w:t>
      </w:r>
      <w:r>
        <w:rPr>
          <w:b/>
          <w:i w:val="0"/>
          <w:sz w:val="22"/>
          <w:u w:val="none"/>
        </w:rPr>
        <w:t>Hitler segítségével</w:t>
      </w:r>
      <w:r>
        <w:rPr>
          <w:b w:val="0"/>
          <w:i w:val="0"/>
          <w:sz w:val="22"/>
          <w:u w:val="none"/>
        </w:rPr>
        <w:t xml:space="preserve"> valósult meg – ezért lett egyre nehezebb kilépni a német szövetségből.</w:t>
      </w:r>
    </w:p>
    <w:p>
      <w:pPr>
        <w:pStyle w:val="Heading2"/>
      </w:pPr>
      <w:r>
        <w:t>Teleki Pál második kormánya (1939–1941)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Fegyveres semlegesség</w:t>
      </w:r>
      <w:r>
        <w:rPr>
          <w:b w:val="0"/>
          <w:i w:val="0"/>
          <w:sz w:val="22"/>
          <w:u w:val="none"/>
        </w:rPr>
        <w:t xml:space="preserve"> politikája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támogatja a </w:t>
      </w:r>
      <w:r>
        <w:rPr>
          <w:b/>
          <w:i w:val="0"/>
          <w:sz w:val="22"/>
          <w:u w:val="none"/>
        </w:rPr>
        <w:t>tengelyhatalmakat</w:t>
      </w:r>
      <w:r>
        <w:rPr>
          <w:b w:val="0"/>
          <w:i w:val="0"/>
          <w:sz w:val="22"/>
          <w:u w:val="none"/>
        </w:rPr>
        <w:t xml:space="preserve"> a revízió miatt, de katonailag igyekszik távol tartani az országot a háborútól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1939. szept.:</w:t>
      </w:r>
      <w:r>
        <w:rPr>
          <w:b w:val="0"/>
          <w:i w:val="0"/>
          <w:sz w:val="22"/>
          <w:u w:val="none"/>
        </w:rPr>
        <w:t xml:space="preserve"> a lengyel menekülteket befogadja, a német csapatok átvonulását nem engedi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zsidóellenes törvényeket is elfogad</w:t>
      </w:r>
      <w:r>
        <w:rPr>
          <w:b w:val="0"/>
          <w:i w:val="0"/>
          <w:sz w:val="22"/>
          <w:u w:val="none"/>
        </w:rPr>
        <w:t xml:space="preserve"> (+ 1939: második zsidótörvény)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1940:</w:t>
      </w:r>
      <w:r>
        <w:rPr>
          <w:b w:val="0"/>
          <w:i w:val="0"/>
          <w:sz w:val="22"/>
          <w:u w:val="none"/>
        </w:rPr>
        <w:t xml:space="preserve"> a második bécsi döntés – visszakapjuk </w:t>
      </w:r>
      <w:r>
        <w:rPr>
          <w:b/>
          <w:i w:val="0"/>
          <w:sz w:val="22"/>
          <w:u w:val="none"/>
        </w:rPr>
        <w:t>Észak-Erdélyt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Jugoszlávia:</w:t>
      </w:r>
      <w:r>
        <w:rPr>
          <w:b w:val="0"/>
          <w:i w:val="0"/>
          <w:sz w:val="22"/>
          <w:u w:val="none"/>
        </w:rPr>
        <w:t xml:space="preserve"> Hitler a magyar részvételt kéri a támadáshoz (1941 tavasz)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Teleki nem egyezik bele, sőt </w:t>
      </w:r>
      <w:r>
        <w:rPr>
          <w:b/>
          <w:i w:val="0"/>
          <w:sz w:val="22"/>
          <w:u w:val="none"/>
        </w:rPr>
        <w:t>jugoszláv–magyar örökbarátsági szerződést</w:t>
      </w:r>
      <w:r>
        <w:rPr>
          <w:b w:val="0"/>
          <w:i w:val="0"/>
          <w:sz w:val="22"/>
          <w:u w:val="none"/>
        </w:rPr>
        <w:t xml:space="preserve"> köt (1940. dec.)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1941 tavaszán</w:t>
      </w:r>
      <w:r>
        <w:rPr>
          <w:b w:val="0"/>
          <w:i w:val="0"/>
          <w:sz w:val="22"/>
          <w:u w:val="none"/>
        </w:rPr>
        <w:t xml:space="preserve"> mégis engedélyezi a </w:t>
      </w:r>
      <w:r>
        <w:rPr>
          <w:b/>
          <w:i w:val="0"/>
          <w:sz w:val="22"/>
          <w:u w:val="none"/>
        </w:rPr>
        <w:t>német csapatok átvonulását</w:t>
      </w:r>
      <w:r>
        <w:rPr>
          <w:b w:val="0"/>
          <w:i w:val="0"/>
          <w:sz w:val="22"/>
          <w:u w:val="none"/>
        </w:rPr>
        <w:t xml:space="preserve"> Jugoszlávia felé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1941. ápr. 3.: öngyilkos lesz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>Churchill: „Teleki gróf inkább saját életét adta, mintsem hogy e szégyenteljes tetthez csatlakozzék.”</w:t>
      </w:r>
    </w:p>
    <w:p>
      <w:pPr>
        <w:spacing w:after="80"/>
      </w:pPr>
      <w:r>
        <w:rPr>
          <w:b w:val="0"/>
          <w:i/>
          <w:color w:val="6A3FA0"/>
          <w:sz w:val="20"/>
          <w:u w:val="none"/>
        </w:rPr>
        <w:t>＋ A jegyzetben a Jugoszlávia-kérés 1940-ben szerepel; a támadás 1941 áprilisában történt.</w:t>
      </w:r>
    </w:p>
    <w:p>
      <w:pPr>
        <w:pStyle w:val="Heading2"/>
      </w:pPr>
      <w:r>
        <w:t>Bárdossy László (1941–1942): hadba lépés a Szovjetunió ellen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Teleki utódja: </w:t>
      </w:r>
      <w:r>
        <w:rPr>
          <w:b/>
          <w:i w:val="0"/>
          <w:sz w:val="22"/>
          <w:u w:val="none"/>
        </w:rPr>
        <w:t>Bárdossy László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1941. jún. 26.: Kassát lebombázzák</w:t>
      </w:r>
      <w:r>
        <w:rPr>
          <w:b w:val="0"/>
          <w:i w:val="0"/>
          <w:sz w:val="22"/>
          <w:u w:val="none"/>
        </w:rPr>
        <w:t xml:space="preserve"> – </w:t>
      </w:r>
      <w:r>
        <w:rPr>
          <w:b/>
          <w:i w:val="0"/>
          <w:sz w:val="22"/>
          <w:u w:val="none"/>
        </w:rPr>
        <w:t>felségjelzés nélküli gépek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>az eset körülményei azóta is vitatottak (Horthy emlékirata: német gépek)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Bárdossy a bombázásra hivatkozva a </w:t>
      </w:r>
      <w:r>
        <w:rPr>
          <w:b/>
          <w:i w:val="0"/>
          <w:sz w:val="22"/>
          <w:u w:val="none"/>
        </w:rPr>
        <w:t>Szovjetunió ellen lép hadba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Útnak indítják a </w:t>
      </w:r>
      <w:r>
        <w:rPr>
          <w:b/>
          <w:i w:val="0"/>
          <w:sz w:val="22"/>
          <w:u w:val="none"/>
        </w:rPr>
        <w:t>gyorshadtestet</w:t>
      </w:r>
      <w:r>
        <w:rPr>
          <w:b w:val="0"/>
          <w:i w:val="0"/>
          <w:sz w:val="22"/>
          <w:u w:val="none"/>
        </w:rPr>
        <w:t xml:space="preserve"> (kb. </w:t>
      </w:r>
      <w:r>
        <w:rPr>
          <w:b/>
          <w:i w:val="0"/>
          <w:sz w:val="22"/>
          <w:u w:val="none"/>
        </w:rPr>
        <w:t>50 ezer fő</w:t>
      </w:r>
      <w:r>
        <w:rPr>
          <w:b w:val="0"/>
          <w:i w:val="0"/>
          <w:sz w:val="22"/>
          <w:u w:val="none"/>
        </w:rPr>
        <w:t xml:space="preserve">) – a legütőképesebb egység, </w:t>
      </w:r>
      <w:r>
        <w:rPr>
          <w:b/>
          <w:i w:val="0"/>
          <w:sz w:val="22"/>
          <w:u w:val="none"/>
        </w:rPr>
        <w:t>megszálló feladatokat</w:t>
      </w:r>
      <w:r>
        <w:rPr>
          <w:b w:val="0"/>
          <w:i w:val="0"/>
          <w:sz w:val="22"/>
          <w:u w:val="none"/>
        </w:rPr>
        <w:t xml:space="preserve"> kap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1942:</w:t>
      </w:r>
      <w:r>
        <w:rPr>
          <w:b w:val="0"/>
          <w:i w:val="0"/>
          <w:sz w:val="22"/>
          <w:u w:val="none"/>
        </w:rPr>
        <w:t xml:space="preserve"> a </w:t>
      </w:r>
      <w:r>
        <w:rPr>
          <w:b/>
          <w:i w:val="0"/>
          <w:sz w:val="22"/>
          <w:u w:val="none"/>
        </w:rPr>
        <w:t>2. magyar hadsereg</w:t>
      </w:r>
      <w:r>
        <w:rPr>
          <w:b w:val="0"/>
          <w:i w:val="0"/>
          <w:sz w:val="22"/>
          <w:u w:val="none"/>
        </w:rPr>
        <w:t xml:space="preserve"> (kb. </w:t>
      </w:r>
      <w:r>
        <w:rPr>
          <w:b/>
          <w:i w:val="0"/>
          <w:sz w:val="22"/>
          <w:u w:val="none"/>
        </w:rPr>
        <w:t>200 ezer fő</w:t>
      </w:r>
      <w:r>
        <w:rPr>
          <w:b w:val="0"/>
          <w:i w:val="0"/>
          <w:sz w:val="22"/>
          <w:u w:val="none"/>
        </w:rPr>
        <w:t xml:space="preserve">) megindul a keleti frontra, a </w:t>
      </w:r>
      <w:r>
        <w:rPr>
          <w:b/>
          <w:i w:val="0"/>
          <w:sz w:val="22"/>
          <w:u w:val="none"/>
        </w:rPr>
        <w:t>Don-kanyarhoz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Don-kanyar</w:t>
      </w:r>
      <w:r>
        <w:rPr>
          <w:b w:val="0"/>
          <w:i w:val="0"/>
          <w:sz w:val="22"/>
          <w:u w:val="none"/>
        </w:rPr>
        <w:t xml:space="preserve"> (1942–43 tele):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>a hadsereg védekezésre rendezkedett be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katasztrofális veszteségek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a hazai </w:t>
      </w:r>
      <w:r>
        <w:rPr>
          <w:b/>
          <w:i w:val="0"/>
          <w:sz w:val="22"/>
          <w:u w:val="none"/>
        </w:rPr>
        <w:t>háborúellenes hangulat</w:t>
      </w:r>
      <w:r>
        <w:rPr>
          <w:b w:val="0"/>
          <w:i w:val="0"/>
          <w:sz w:val="22"/>
          <w:u w:val="none"/>
        </w:rPr>
        <w:t xml:space="preserve"> erősödik a frontról érkező halálhírek miatt; a németbarát hangulat gyengül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Horthy menesztette Bárdossyt</w:t>
      </w:r>
      <w:r>
        <w:rPr>
          <w:b w:val="0"/>
          <w:i w:val="0"/>
          <w:sz w:val="22"/>
          <w:u w:val="none"/>
        </w:rPr>
        <w:t xml:space="preserve">, és </w:t>
      </w:r>
      <w:r>
        <w:rPr>
          <w:b/>
          <w:i w:val="0"/>
          <w:sz w:val="22"/>
          <w:u w:val="none"/>
        </w:rPr>
        <w:t>Kállay Miklóst</w:t>
      </w:r>
      <w:r>
        <w:rPr>
          <w:b w:val="0"/>
          <w:i w:val="0"/>
          <w:sz w:val="22"/>
          <w:u w:val="none"/>
        </w:rPr>
        <w:t xml:space="preserve"> nevezte ki miniszterelnöknek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>elvárás: lazítson a német szövetségen</w:t>
      </w:r>
    </w:p>
    <w:p>
      <w:pPr>
        <w:pStyle w:val="Heading2"/>
      </w:pPr>
      <w:r>
        <w:t>Kállay Miklós (1942–1944): a kiugrás előkészítése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Kiugrás előkészítése</w:t>
      </w:r>
      <w:r>
        <w:rPr>
          <w:b w:val="0"/>
          <w:i w:val="0"/>
          <w:sz w:val="22"/>
          <w:u w:val="none"/>
        </w:rPr>
        <w:t xml:space="preserve"> a háborúból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Isztambulban</w:t>
      </w:r>
      <w:r>
        <w:rPr>
          <w:b w:val="0"/>
          <w:i w:val="0"/>
          <w:sz w:val="22"/>
          <w:u w:val="none"/>
        </w:rPr>
        <w:t xml:space="preserve"> tárgyalnak az angolokkal (</w:t>
      </w:r>
      <w:r>
        <w:rPr>
          <w:b/>
          <w:i w:val="0"/>
          <w:sz w:val="22"/>
          <w:u w:val="none"/>
        </w:rPr>
        <w:t>Szent-Györgyi Albert</w:t>
      </w:r>
      <w:r>
        <w:rPr>
          <w:b w:val="0"/>
          <w:i w:val="0"/>
          <w:sz w:val="22"/>
          <w:u w:val="none"/>
        </w:rPr>
        <w:t xml:space="preserve"> részvételével)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Hitler</w:t>
      </w:r>
      <w:r>
        <w:rPr>
          <w:b w:val="0"/>
          <w:i w:val="0"/>
          <w:sz w:val="22"/>
          <w:u w:val="none"/>
        </w:rPr>
        <w:t xml:space="preserve"> követeli Horthytól Kállay leváltását – Horthy nem teszi meg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→ Hitler a </w:t>
      </w:r>
      <w:r>
        <w:rPr>
          <w:b/>
          <w:i w:val="0"/>
          <w:sz w:val="22"/>
          <w:u w:val="none"/>
        </w:rPr>
        <w:t>német megszállás</w:t>
      </w:r>
      <w:r>
        <w:rPr>
          <w:b w:val="0"/>
          <w:i w:val="0"/>
          <w:sz w:val="22"/>
          <w:u w:val="none"/>
        </w:rPr>
        <w:t xml:space="preserve"> mellett dönt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1944. márc. 19.:</w:t>
      </w:r>
      <w:r>
        <w:rPr>
          <w:b w:val="0"/>
          <w:i w:val="0"/>
          <w:sz w:val="22"/>
          <w:u w:val="none"/>
        </w:rPr>
        <w:t xml:space="preserve"> Horthyt </w:t>
      </w:r>
      <w:r>
        <w:rPr>
          <w:b/>
          <w:i w:val="0"/>
          <w:sz w:val="22"/>
          <w:u w:val="none"/>
        </w:rPr>
        <w:t>Németországba csalják</w:t>
      </w:r>
      <w:r>
        <w:rPr>
          <w:b w:val="0"/>
          <w:i w:val="0"/>
          <w:sz w:val="22"/>
          <w:u w:val="none"/>
        </w:rPr>
        <w:t xml:space="preserve">, közben a </w:t>
      </w:r>
      <w:r>
        <w:rPr>
          <w:b/>
          <w:i w:val="0"/>
          <w:sz w:val="22"/>
          <w:u w:val="none"/>
        </w:rPr>
        <w:t>Wehrmacht Budapestre vonul</w:t>
      </w:r>
      <w:r>
        <w:rPr>
          <w:b w:val="0"/>
          <w:i w:val="0"/>
          <w:sz w:val="22"/>
          <w:u w:val="none"/>
        </w:rPr>
        <w:t xml:space="preserve"> – a magyar haderő ezt nem tudja visszaverni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Horthy elfogadja, hogy </w:t>
      </w:r>
      <w:r>
        <w:rPr>
          <w:b/>
          <w:i w:val="0"/>
          <w:sz w:val="22"/>
          <w:u w:val="none"/>
        </w:rPr>
        <w:t>Edmund Veesenmayer</w:t>
      </w:r>
      <w:r>
        <w:rPr>
          <w:b w:val="0"/>
          <w:i w:val="0"/>
          <w:sz w:val="22"/>
          <w:u w:val="none"/>
        </w:rPr>
        <w:t xml:space="preserve"> (német birodalmi megbízott) irányítsa az országot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Sztójay Döme</w:t>
      </w:r>
      <w:r>
        <w:rPr>
          <w:b w:val="0"/>
          <w:i w:val="0"/>
          <w:sz w:val="22"/>
          <w:u w:val="none"/>
        </w:rPr>
        <w:t xml:space="preserve"> miniszterelnök</w:t>
      </w:r>
    </w:p>
    <w:p>
      <w:pPr>
        <w:pStyle w:val="Heading2"/>
      </w:pPr>
      <w:r>
        <w:t>A német megszállás és a Sztójay-kormány (1944)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Az új kormány </w:t>
      </w:r>
      <w:r>
        <w:rPr>
          <w:b/>
          <w:i w:val="0"/>
          <w:sz w:val="22"/>
          <w:u w:val="none"/>
        </w:rPr>
        <w:t>együttműködik a németekkel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a </w:t>
      </w:r>
      <w:r>
        <w:rPr>
          <w:b/>
          <w:i w:val="0"/>
          <w:sz w:val="22"/>
          <w:u w:val="none"/>
        </w:rPr>
        <w:t>szabadságjogokat felfüggesztik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a </w:t>
      </w:r>
      <w:r>
        <w:rPr>
          <w:b/>
          <w:i w:val="0"/>
          <w:sz w:val="22"/>
          <w:u w:val="none"/>
        </w:rPr>
        <w:t>németellenes politikusokat letartóztatják és elhurcolják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a </w:t>
      </w:r>
      <w:r>
        <w:rPr>
          <w:b/>
          <w:i w:val="0"/>
          <w:sz w:val="22"/>
          <w:u w:val="none"/>
        </w:rPr>
        <w:t>teljes magyar haderőt átengedik a németeknek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a németek már az élelmiszerért sem fizetnek – </w:t>
      </w:r>
      <w:r>
        <w:rPr>
          <w:b/>
          <w:i w:val="0"/>
          <w:sz w:val="22"/>
          <w:u w:val="none"/>
        </w:rPr>
        <w:t>kifosztják az országot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Sztójay körtávirata:</w:t>
      </w:r>
      <w:r>
        <w:rPr>
          <w:b w:val="0"/>
          <w:i w:val="0"/>
          <w:sz w:val="22"/>
          <w:u w:val="none"/>
        </w:rPr>
        <w:t xml:space="preserve"> a magyar–német jó viszonyt ápolják, a „bolsevizmus elleni közös küzdelem”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A zsidóság deportálása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1944. május 14-től</w:t>
      </w:r>
      <w:r>
        <w:rPr>
          <w:b w:val="0"/>
          <w:i w:val="0"/>
          <w:sz w:val="22"/>
          <w:u w:val="none"/>
        </w:rPr>
        <w:t xml:space="preserve"> (Kárpátalja, Munkács) – a magyar </w:t>
      </w:r>
      <w:r>
        <w:rPr>
          <w:b/>
          <w:i w:val="0"/>
          <w:sz w:val="22"/>
          <w:u w:val="none"/>
        </w:rPr>
        <w:t>csendőrség</w:t>
      </w:r>
      <w:r>
        <w:rPr>
          <w:b w:val="0"/>
          <w:i w:val="0"/>
          <w:sz w:val="22"/>
          <w:u w:val="none"/>
        </w:rPr>
        <w:t xml:space="preserve"> és a </w:t>
      </w:r>
      <w:r>
        <w:rPr>
          <w:b/>
          <w:i w:val="0"/>
          <w:sz w:val="22"/>
          <w:u w:val="none"/>
        </w:rPr>
        <w:t>Gestapo</w:t>
      </w:r>
      <w:r>
        <w:rPr>
          <w:b w:val="0"/>
          <w:i w:val="0"/>
          <w:sz w:val="22"/>
          <w:u w:val="none"/>
        </w:rPr>
        <w:t xml:space="preserve"> együtt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a vonatok jelzése: „Német munkásátköltöztetés” – </w:t>
      </w:r>
      <w:r>
        <w:rPr>
          <w:b/>
          <w:i w:val="0"/>
          <w:sz w:val="22"/>
          <w:u w:val="none"/>
        </w:rPr>
        <w:t>megtévesztés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gettó</w:t>
      </w:r>
      <w:r>
        <w:rPr>
          <w:b w:val="0"/>
          <w:i w:val="0"/>
          <w:sz w:val="22"/>
          <w:u w:val="none"/>
        </w:rPr>
        <w:t xml:space="preserve">, </w:t>
      </w:r>
      <w:r>
        <w:rPr>
          <w:b/>
          <w:i w:val="0"/>
          <w:sz w:val="22"/>
          <w:u w:val="none"/>
        </w:rPr>
        <w:t>internálás</w:t>
      </w:r>
      <w:r>
        <w:rPr>
          <w:b w:val="0"/>
          <w:i w:val="0"/>
          <w:sz w:val="22"/>
          <w:u w:val="none"/>
        </w:rPr>
        <w:t xml:space="preserve">, </w:t>
      </w:r>
      <w:r>
        <w:rPr>
          <w:b/>
          <w:i w:val="0"/>
          <w:sz w:val="22"/>
          <w:u w:val="none"/>
        </w:rPr>
        <w:t>deportálás</w:t>
      </w:r>
      <w:r>
        <w:rPr>
          <w:b w:val="0"/>
          <w:i w:val="0"/>
          <w:sz w:val="22"/>
          <w:u w:val="none"/>
        </w:rPr>
        <w:t xml:space="preserve">, </w:t>
      </w:r>
      <w:r>
        <w:rPr>
          <w:b/>
          <w:i w:val="0"/>
          <w:sz w:val="22"/>
          <w:u w:val="none"/>
        </w:rPr>
        <w:t>munkaszolgálat</w:t>
      </w:r>
      <w:r>
        <w:rPr>
          <w:b w:val="0"/>
          <w:i w:val="0"/>
          <w:sz w:val="22"/>
          <w:u w:val="none"/>
        </w:rPr>
        <w:t xml:space="preserve">, </w:t>
      </w:r>
      <w:r>
        <w:rPr>
          <w:b/>
          <w:i w:val="0"/>
          <w:sz w:val="22"/>
          <w:u w:val="none"/>
        </w:rPr>
        <w:t>sárga csillag</w:t>
      </w:r>
      <w:r>
        <w:rPr>
          <w:b w:val="0"/>
          <w:i w:val="0"/>
          <w:sz w:val="22"/>
          <w:u w:val="none"/>
        </w:rPr>
        <w:t xml:space="preserve"> – a szakkifejezések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Ferenczy László</w:t>
      </w:r>
      <w:r>
        <w:rPr>
          <w:b w:val="0"/>
          <w:i w:val="0"/>
          <w:sz w:val="22"/>
          <w:u w:val="none"/>
        </w:rPr>
        <w:t xml:space="preserve"> csendőr alezredes irányít (a munkácsi értekezlet)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1944. júl.</w:t>
      </w:r>
      <w:r>
        <w:rPr>
          <w:b w:val="0"/>
          <w:i w:val="0"/>
          <w:sz w:val="22"/>
          <w:u w:val="none"/>
        </w:rPr>
        <w:t>: Horthy leállítja a deportálásokat (Veesenmayer jelentése)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>Horthy levele Hitlerhez (jún. 6.): kéri a megszálló csapatok és a titkosrendőrség elvitelét</w:t>
      </w:r>
    </w:p>
    <w:p>
      <w:pPr>
        <w:pStyle w:val="Heading2"/>
      </w:pPr>
      <w:r>
        <w:t>Kiugrási kísérlet és a nyilas hatalomátvétel (1944)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A kormány minél gyorsabban ki akar lépni a háborúból, de a </w:t>
      </w:r>
      <w:r>
        <w:rPr>
          <w:b/>
          <w:i w:val="0"/>
          <w:sz w:val="22"/>
          <w:u w:val="none"/>
        </w:rPr>
        <w:t>románok kiugrása</w:t>
      </w:r>
      <w:r>
        <w:rPr>
          <w:b w:val="0"/>
          <w:i w:val="0"/>
          <w:sz w:val="22"/>
          <w:u w:val="none"/>
        </w:rPr>
        <w:t xml:space="preserve"> (aug. 23.) nehezíti a helyzetet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Horthy nehezen szánja rá magát a </w:t>
      </w:r>
      <w:r>
        <w:rPr>
          <w:b/>
          <w:i w:val="0"/>
          <w:sz w:val="22"/>
          <w:u w:val="none"/>
        </w:rPr>
        <w:t>szovjetekkel való tárgyalásra</w:t>
      </w:r>
      <w:r>
        <w:rPr>
          <w:b w:val="0"/>
          <w:i w:val="0"/>
          <w:sz w:val="22"/>
          <w:u w:val="none"/>
        </w:rPr>
        <w:t xml:space="preserve">, de végül </w:t>
      </w:r>
      <w:r>
        <w:rPr>
          <w:b/>
          <w:i w:val="0"/>
          <w:sz w:val="22"/>
          <w:u w:val="none"/>
        </w:rPr>
        <w:t>követeket küld Moszkvába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Molotov</w:t>
      </w:r>
      <w:r>
        <w:rPr>
          <w:b w:val="0"/>
          <w:i w:val="0"/>
          <w:sz w:val="22"/>
          <w:u w:val="none"/>
        </w:rPr>
        <w:t xml:space="preserve"> átadja a feltételeket:</w:t>
      </w:r>
    </w:p>
    <w:p>
      <w:pPr>
        <w:pStyle w:val="ListBullet2"/>
        <w:spacing w:after="80"/>
      </w:pPr>
      <w:r>
        <w:rPr>
          <w:b w:val="0"/>
          <w:i w:val="0"/>
          <w:sz w:val="22"/>
          <w:u w:val="none"/>
        </w:rPr>
        <w:t xml:space="preserve">az </w:t>
      </w:r>
      <w:r>
        <w:rPr>
          <w:b/>
          <w:i w:val="0"/>
          <w:sz w:val="22"/>
          <w:u w:val="none"/>
        </w:rPr>
        <w:t>1937-es határok</w:t>
      </w:r>
      <w:r>
        <w:rPr>
          <w:b w:val="0"/>
          <w:i w:val="0"/>
          <w:sz w:val="22"/>
          <w:u w:val="none"/>
        </w:rPr>
        <w:t xml:space="preserve"> visszaállítása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hadüzenet a németeknek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Horthy levele </w:t>
      </w:r>
      <w:r>
        <w:rPr>
          <w:b/>
          <w:i w:val="0"/>
          <w:sz w:val="22"/>
          <w:u w:val="none"/>
        </w:rPr>
        <w:t>Sztálinhoz</w:t>
      </w:r>
      <w:r>
        <w:rPr>
          <w:b w:val="0"/>
          <w:i w:val="0"/>
          <w:sz w:val="22"/>
          <w:u w:val="none"/>
        </w:rPr>
        <w:t xml:space="preserve"> (szept. vége): fegyverszüneti tárgyalások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A németek megtudják a tervet</w:t>
      </w:r>
      <w:r>
        <w:rPr>
          <w:b w:val="0"/>
          <w:i w:val="0"/>
          <w:sz w:val="22"/>
          <w:u w:val="none"/>
        </w:rPr>
        <w:t xml:space="preserve"> – elrabolják </w:t>
      </w:r>
      <w:r>
        <w:rPr>
          <w:b/>
          <w:i w:val="0"/>
          <w:sz w:val="22"/>
          <w:u w:val="none"/>
        </w:rPr>
        <w:t>Horthy kisebbik fiát</w:t>
      </w:r>
      <w:r>
        <w:rPr>
          <w:b w:val="0"/>
          <w:i w:val="0"/>
          <w:sz w:val="22"/>
          <w:u w:val="none"/>
        </w:rPr>
        <w:t xml:space="preserve"> (az idősebb korábban meghalt)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Horthy </w:t>
      </w:r>
      <w:r>
        <w:rPr>
          <w:b/>
          <w:i w:val="0"/>
          <w:sz w:val="22"/>
          <w:u w:val="none"/>
        </w:rPr>
        <w:t>lemond kormányzói jogköréről</w:t>
      </w:r>
      <w:r>
        <w:rPr>
          <w:b w:val="0"/>
          <w:i w:val="0"/>
          <w:sz w:val="22"/>
          <w:u w:val="none"/>
        </w:rPr>
        <w:t xml:space="preserve">, és </w:t>
      </w:r>
      <w:r>
        <w:rPr>
          <w:b/>
          <w:i w:val="0"/>
          <w:sz w:val="22"/>
          <w:u w:val="none"/>
        </w:rPr>
        <w:t>Szálasi Ferencet</w:t>
      </w:r>
      <w:r>
        <w:rPr>
          <w:b w:val="0"/>
          <w:i w:val="0"/>
          <w:sz w:val="22"/>
          <w:u w:val="none"/>
        </w:rPr>
        <w:t xml:space="preserve"> nevezi ki miniszterelnöknek (</w:t>
      </w:r>
      <w:r>
        <w:rPr>
          <w:b/>
          <w:i w:val="0"/>
          <w:sz w:val="22"/>
          <w:u w:val="none"/>
        </w:rPr>
        <w:t>okt. 15.</w:t>
      </w:r>
      <w:r>
        <w:rPr>
          <w:b w:val="0"/>
          <w:i w:val="0"/>
          <w:sz w:val="22"/>
          <w:u w:val="none"/>
        </w:rPr>
        <w:t>)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Horthyt családjával együtt </w:t>
      </w:r>
      <w:r>
        <w:rPr>
          <w:b/>
          <w:i w:val="0"/>
          <w:sz w:val="22"/>
          <w:u w:val="none"/>
        </w:rPr>
        <w:t>Németországba hurcolják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Szálasi kormányprogramja:</w:t>
      </w:r>
      <w:r>
        <w:rPr>
          <w:b w:val="0"/>
          <w:i w:val="0"/>
          <w:sz w:val="22"/>
          <w:u w:val="none"/>
        </w:rPr>
        <w:t xml:space="preserve"> „Magyarország … bástya” a német háborúvezetésben – a valóságban </w:t>
      </w:r>
      <w:r>
        <w:rPr>
          <w:b/>
          <w:i w:val="0"/>
          <w:sz w:val="22"/>
          <w:u w:val="none"/>
        </w:rPr>
        <w:t>a németeknek kiszolgáltatott, megszállt ország</w:t>
      </w:r>
    </w:p>
    <w:p>
      <w:pPr>
        <w:pStyle w:val="Heading2"/>
      </w:pPr>
      <w:r>
        <w:t>A nyilas rémuralom és a mentők (1944. okt.–1945. ápr.)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Kezdetét veszi a nyilas rémuralom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megkezdik a </w:t>
      </w:r>
      <w:r>
        <w:rPr>
          <w:b/>
          <w:i w:val="0"/>
          <w:sz w:val="22"/>
          <w:u w:val="none"/>
        </w:rPr>
        <w:t>budapesti zsidóság megsemmisítését</w:t>
      </w:r>
      <w:r>
        <w:rPr>
          <w:b w:val="0"/>
          <w:i w:val="0"/>
          <w:sz w:val="22"/>
          <w:u w:val="none"/>
        </w:rPr>
        <w:t xml:space="preserve"> (</w:t>
      </w:r>
      <w:r>
        <w:rPr>
          <w:b/>
          <w:i w:val="0"/>
          <w:sz w:val="22"/>
          <w:u w:val="none"/>
        </w:rPr>
        <w:t>Duna-part</w:t>
      </w:r>
      <w:r>
        <w:rPr>
          <w:b w:val="0"/>
          <w:i w:val="0"/>
          <w:sz w:val="22"/>
          <w:u w:val="none"/>
        </w:rPr>
        <w:t>: a Dunába lövés)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a nyilasok </w:t>
      </w:r>
      <w:r>
        <w:rPr>
          <w:b/>
          <w:i w:val="0"/>
          <w:sz w:val="22"/>
          <w:u w:val="none"/>
        </w:rPr>
        <w:t>kiszolgáltatják az országot a visszavonuló németeknek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1945 áprilisára a harcok véget értek</w:t>
      </w:r>
      <w:r>
        <w:rPr>
          <w:b w:val="0"/>
          <w:i w:val="0"/>
          <w:sz w:val="22"/>
          <w:u w:val="none"/>
        </w:rPr>
        <w:t xml:space="preserve"> Magyarország területén – a </w:t>
      </w:r>
      <w:r>
        <w:rPr>
          <w:b/>
          <w:i w:val="0"/>
          <w:sz w:val="22"/>
          <w:u w:val="none"/>
        </w:rPr>
        <w:t>szovjet csapatok</w:t>
      </w:r>
      <w:r>
        <w:rPr>
          <w:b w:val="0"/>
          <w:i w:val="0"/>
          <w:sz w:val="22"/>
          <w:u w:val="none"/>
        </w:rPr>
        <w:t xml:space="preserve"> „felszabadították”</w:t>
      </w:r>
    </w:p>
    <w:p>
      <w:pPr>
        <w:spacing w:after="80"/>
      </w:pPr>
      <w:r>
        <w:rPr>
          <w:b w:val="0"/>
          <w:i/>
          <w:color w:val="6A3FA0"/>
          <w:sz w:val="20"/>
          <w:u w:val="none"/>
        </w:rPr>
        <w:t>＋ Budapest ostroma: 1944. dec. 24. – 1945. febr. 13.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Akik a zsidóságot mentették: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Angelo Rotta</w:t>
      </w:r>
      <w:r>
        <w:rPr>
          <w:b w:val="0"/>
          <w:i w:val="0"/>
          <w:sz w:val="22"/>
          <w:u w:val="none"/>
        </w:rPr>
        <w:t xml:space="preserve"> – pápai nuncius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Raoul Wallenberg</w:t>
      </w:r>
      <w:r>
        <w:rPr>
          <w:b w:val="0"/>
          <w:i w:val="0"/>
          <w:sz w:val="22"/>
          <w:u w:val="none"/>
        </w:rPr>
        <w:t xml:space="preserve"> – svéd diplomata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Sztehlo Gábor</w:t>
      </w:r>
      <w:r>
        <w:rPr>
          <w:b w:val="0"/>
          <w:i w:val="0"/>
          <w:sz w:val="22"/>
          <w:u w:val="none"/>
        </w:rPr>
        <w:t xml:space="preserve"> – evangélikus lelkész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Salkaházi Sára</w:t>
      </w:r>
      <w:r>
        <w:rPr>
          <w:b w:val="0"/>
          <w:i w:val="0"/>
          <w:sz w:val="22"/>
          <w:u w:val="none"/>
        </w:rPr>
        <w:t xml:space="preserve"> – apáca</w:t>
      </w:r>
    </w:p>
    <w:p>
      <w:pPr>
        <w:pStyle w:val="ListBullet2"/>
        <w:spacing w:after="80"/>
      </w:pPr>
      <w:r>
        <w:rPr>
          <w:b/>
          <w:i w:val="0"/>
          <w:sz w:val="22"/>
          <w:u w:val="none"/>
        </w:rPr>
        <w:t>Alapy Gáspár</w:t>
      </w:r>
      <w:r>
        <w:rPr>
          <w:b w:val="0"/>
          <w:i w:val="0"/>
          <w:sz w:val="22"/>
          <w:u w:val="none"/>
        </w:rPr>
        <w:t xml:space="preserve"> – komáromi polgármester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Áldozatok:</w:t>
      </w:r>
      <w:r>
        <w:rPr>
          <w:b w:val="0"/>
          <w:i w:val="0"/>
          <w:sz w:val="22"/>
          <w:u w:val="none"/>
        </w:rPr>
        <w:t xml:space="preserve"> több ezer ember – pl. </w:t>
      </w:r>
      <w:r>
        <w:rPr>
          <w:b/>
          <w:i w:val="0"/>
          <w:sz w:val="22"/>
          <w:u w:val="none"/>
        </w:rPr>
        <w:t>Richter Gedeon</w:t>
      </w:r>
    </w:p>
    <w:p>
      <w:pPr>
        <w:pStyle w:val="Heading2"/>
      </w:pPr>
      <w:r>
        <w:t>Magyarország háborús veszteségei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852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Gazdasági terület</w:t>
            </w:r>
          </w:p>
        </w:tc>
        <w:tc>
          <w:tcPr>
            <w:tcW w:type="dxa" w:w="3786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Veszteség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Vasúti sínhálózat és pályatestek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40%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Duna- és Tisza-hidak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100%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Vas- és fémipar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48,1%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Vegyipar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48%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Ruházati ipar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55,7%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Bányászat és ipar összesen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38%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5852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Emberveszteség</w:t>
            </w:r>
          </w:p>
        </w:tc>
        <w:tc>
          <w:tcPr>
            <w:tcW w:type="dxa" w:w="3786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fő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Katonai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kb. 140–160 ezer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Hadifogságban meghalt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kb. 230–280 ezer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Polgári lakosság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kb. 80–100 ezer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Zsidóság a trianoni Magyarországról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kb. 400 ezer</w:t>
            </w:r>
          </w:p>
        </w:tc>
      </w:tr>
      <w:tr>
        <w:tc>
          <w:tcPr>
            <w:tcW w:type="dxa" w:w="5852"/>
          </w:tcPr>
          <w:p>
            <w:r/>
            <w:r>
              <w:rPr>
                <w:b w:val="0"/>
                <w:i w:val="0"/>
                <w:sz w:val="20"/>
                <w:u w:val="none"/>
              </w:rPr>
              <w:t>Cigányság</w:t>
            </w:r>
          </w:p>
        </w:tc>
        <w:tc>
          <w:tcPr>
            <w:tcW w:type="dxa" w:w="3786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kb. 50 ezer</w:t>
            </w:r>
          </w:p>
        </w:tc>
      </w:tr>
    </w:tbl>
    <w:p>
      <w:pPr>
        <w:spacing w:after="40"/>
      </w:pP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Miért volt ekkora a pusztítás?</w:t>
      </w:r>
      <w:r>
        <w:rPr>
          <w:b w:val="0"/>
          <w:i w:val="0"/>
          <w:sz w:val="22"/>
          <w:u w:val="none"/>
        </w:rPr>
        <w:t xml:space="preserve"> az ország </w:t>
      </w:r>
      <w:r>
        <w:rPr>
          <w:b/>
          <w:i w:val="0"/>
          <w:sz w:val="22"/>
          <w:u w:val="none"/>
        </w:rPr>
        <w:t>hadszíntérré vált</w:t>
      </w:r>
      <w:r>
        <w:rPr>
          <w:b w:val="0"/>
          <w:i w:val="0"/>
          <w:sz w:val="22"/>
          <w:u w:val="none"/>
        </w:rPr>
        <w:t xml:space="preserve"> (1944 őszétől), bombázások, a visszavonuló németek pusztítása és kifosztása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Miért magas a nem katonai áldozatok száma?</w:t>
      </w:r>
      <w:r>
        <w:rPr>
          <w:b w:val="0"/>
          <w:i w:val="0"/>
          <w:sz w:val="22"/>
          <w:u w:val="none"/>
        </w:rPr>
        <w:t xml:space="preserve"> a </w:t>
      </w:r>
      <w:r>
        <w:rPr>
          <w:b/>
          <w:i w:val="0"/>
          <w:sz w:val="22"/>
          <w:u w:val="none"/>
        </w:rPr>
        <w:t>holokauszt</w:t>
      </w:r>
      <w:r>
        <w:rPr>
          <w:b w:val="0"/>
          <w:i w:val="0"/>
          <w:sz w:val="22"/>
          <w:u w:val="none"/>
        </w:rPr>
        <w:t>, a civil lakosság a harcokban és a bombázásokban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Legnagyobb magyar katonai veszteség: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Don-kanyar, 1943</w:t>
      </w:r>
      <w:r>
        <w:rPr>
          <w:b w:val="0"/>
          <w:i w:val="0"/>
          <w:sz w:val="22"/>
          <w:u w:val="none"/>
        </w:rPr>
        <w:t xml:space="preserve"> (2. magyar hadsereg)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 xml:space="preserve">A világháború 800 ezer–1 millió főre becsült áldozatainak többsége férfi volt; Budapest épületeinek ¾-e megsemmisült vagy károsodott; a sínhálózat 40%-a, a mozdonyok több mint 2/3-a megsemmisült; a Tisza- és Duna-hidakból 28-at robbantottak fel; </w:t>
      </w:r>
      <w:r>
        <w:rPr>
          <w:b/>
          <w:i w:val="0"/>
          <w:sz w:val="22"/>
          <w:u w:val="none"/>
        </w:rPr>
        <w:t>1946 nyarán világrekord infláció</w:t>
      </w:r>
      <w:r>
        <w:rPr>
          <w:b w:val="0"/>
          <w:i w:val="0"/>
          <w:sz w:val="22"/>
          <w:u w:val="none"/>
        </w:rPr>
        <w:t xml:space="preserve"> (a pengő 1946-ig volt fizetőeszköz)</w:t>
      </w:r>
    </w:p>
    <w:p>
      <w:pPr>
        <w:pStyle w:val="Heading2"/>
      </w:pPr>
      <w:r>
        <w:t>Szovjet megszállás (az órai vázlat itt még üres)</w:t>
      </w:r>
    </w:p>
    <w:p>
      <w:pPr>
        <w:spacing w:after="80"/>
      </w:pPr>
      <w:r>
        <w:rPr>
          <w:b w:val="0"/>
          <w:i w:val="0"/>
          <w:sz w:val="22"/>
          <w:u w:val="none"/>
        </w:rPr>
        <w:t>A jegyzet utolsó témája, „Szovjet megszállás” címszó alatt nincs bejegyzés – ide írd be, amit az órán diktáltak.</w:t>
      </w:r>
    </w:p>
    <w:p>
      <w:pPr>
        <w:pStyle w:val="ListBullet"/>
        <w:spacing w:after="80"/>
      </w:pPr>
      <w:r>
        <w:rPr>
          <w:b w:val="0"/>
          <w:i/>
          <w:color w:val="6A3FA0"/>
          <w:sz w:val="20"/>
          <w:u w:val="none"/>
        </w:rPr>
        <w:t>＋ 1945 áprilisában véget érnek a harcok Magyarország területén; a szovjet csapatok megszállják az országot</w:t>
      </w:r>
    </w:p>
    <w:p>
      <w:pPr>
        <w:pStyle w:val="ListBullet"/>
        <w:spacing w:after="80"/>
      </w:pPr>
      <w:r>
        <w:rPr>
          <w:b w:val="0"/>
          <w:i/>
          <w:color w:val="6A3FA0"/>
          <w:sz w:val="20"/>
          <w:u w:val="none"/>
        </w:rPr>
        <w:t>＋ Szövetséges Ellenőrző Bizottság (SZEB) – a szovjetek irányítása alatt</w:t>
      </w:r>
    </w:p>
    <w:p>
      <w:pPr>
        <w:pStyle w:val="ListBullet"/>
        <w:spacing w:after="80"/>
      </w:pPr>
      <w:r>
        <w:rPr>
          <w:b w:val="0"/>
          <w:i/>
          <w:color w:val="6A3FA0"/>
          <w:sz w:val="20"/>
          <w:u w:val="none"/>
        </w:rPr>
        <w:t>＋ civilek elhurcolása szovjet kényszermunkára („málenkij robot”)</w:t>
      </w:r>
    </w:p>
    <w:p>
      <w:pPr>
        <w:pStyle w:val="ListBullet"/>
        <w:spacing w:after="80"/>
      </w:pPr>
      <w:r>
        <w:rPr>
          <w:b w:val="0"/>
          <w:i/>
          <w:color w:val="6A3FA0"/>
          <w:sz w:val="20"/>
          <w:u w:val="none"/>
        </w:rPr>
        <w:t>＋ jóvátétel a győztesek javára (a fegyverszüneti egyezmény: 1945. jan.)</w:t>
      </w:r>
    </w:p>
    <w:p>
      <w:pPr>
        <w:pStyle w:val="ListBullet"/>
        <w:spacing w:after="80"/>
      </w:pPr>
      <w:r>
        <w:rPr>
          <w:b w:val="0"/>
          <w:i/>
          <w:color w:val="6A3FA0"/>
          <w:sz w:val="20"/>
          <w:u w:val="none"/>
        </w:rPr>
        <w:t>＋ 1946 nyarán a pengő hiperinfláció – a forint bevezetése 1946. augusztus 1.</w:t>
      </w:r>
    </w:p>
    <w:p>
      <w:pPr>
        <w:pStyle w:val="Heading2"/>
      </w:pPr>
      <w:r>
        <w:t>Ki kicsoda? – szereplők táblázata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237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Név</w:t>
            </w:r>
          </w:p>
        </w:tc>
        <w:tc>
          <w:tcPr>
            <w:tcW w:type="dxa" w:w="2582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Szerep</w:t>
            </w:r>
          </w:p>
        </w:tc>
        <w:tc>
          <w:tcPr>
            <w:tcW w:type="dxa" w:w="4819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Kulcsszó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Horthy Miklós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kormányzó (1920–1944)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leváltja Darányit és Imrédyt; kiugrási kísérlet; Németországba hurcolják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Darányi Kálmán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miniszterelnök 1936–38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győri program, felfegyverkezés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Imrédy Béla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miniszterelnök 1938–39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első zsidótörvény, „csodálatos forradalom”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Teleki Pál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miniszterelnök 1939–41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fegyveres semlegesség, öngyilkosság (1941. ápr. 3.)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Bárdossy László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miniszterelnök 1941–42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Kassa bombázása, hadba lépés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Kállay Miklós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miniszterelnök 1942–44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kiugrás előkészítése (Isztambul)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Sztójay Döme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miniszterelnök 1944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német megszállás utáni bábkormány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Szálasi Ferenc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„nemzetvezető”, mi. 1944–45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Nyilaskeresztes Párt, hungarizmus, nyilas rémuralom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Edmund Veesenmayer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német birodalmi megbízott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irányítja az országot a megszállás után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Ferenczy László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csendőr alezredes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a deportálások egyik irányítója (Munkács)</w:t>
            </w:r>
          </w:p>
        </w:tc>
      </w:tr>
      <w:tr>
        <w:tc>
          <w:tcPr>
            <w:tcW w:type="dxa" w:w="2237"/>
          </w:tcPr>
          <w:p>
            <w:r/>
            <w:r>
              <w:rPr>
                <w:b w:val="0"/>
                <w:i w:val="0"/>
                <w:sz w:val="20"/>
                <w:u w:val="none"/>
              </w:rPr>
              <w:t>Szent-Györgyi Albert</w:t>
            </w:r>
          </w:p>
        </w:tc>
        <w:tc>
          <w:tcPr>
            <w:tcW w:type="dxa" w:w="2582"/>
          </w:tcPr>
          <w:p>
            <w:r/>
            <w:r>
              <w:rPr>
                <w:b w:val="0"/>
                <w:i w:val="0"/>
                <w:sz w:val="20"/>
                <w:u w:val="none"/>
              </w:rPr>
              <w:t>Nobel-díjas tudós</w:t>
            </w:r>
          </w:p>
        </w:tc>
        <w:tc>
          <w:tcPr>
            <w:tcW w:type="dxa" w:w="4819"/>
          </w:tcPr>
          <w:p>
            <w:r/>
            <w:r>
              <w:rPr>
                <w:b w:val="0"/>
                <w:i w:val="0"/>
                <w:sz w:val="20"/>
                <w:u w:val="none"/>
              </w:rPr>
              <w:t>Isztambulban tárgyal az angolokkal</w:t>
            </w:r>
          </w:p>
        </w:tc>
      </w:tr>
    </w:tbl>
    <w:p>
      <w:pPr>
        <w:spacing w:after="40"/>
      </w:pPr>
    </w:p>
    <w:p>
      <w:pPr>
        <w:pStyle w:val="Heading2"/>
      </w:pPr>
      <w:r>
        <w:t>Mire figyelj a feladatokban? (a gyakorló feladatok tanulságai)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Három „megtámadás”:</w:t>
      </w:r>
      <w:r>
        <w:rPr>
          <w:b w:val="0"/>
          <w:i w:val="0"/>
          <w:sz w:val="22"/>
          <w:u w:val="none"/>
        </w:rPr>
        <w:t xml:space="preserve"> Lengyelország (1939 szept.) – Jugoszlávia (1941 ápr.) – Szovjetunió (1941 jún.); a forrásnál mindig dönts: melyikről szól?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Horthy két levele (1944):</w:t>
      </w:r>
      <w:r>
        <w:rPr>
          <w:b w:val="0"/>
          <w:i w:val="0"/>
          <w:sz w:val="22"/>
          <w:u w:val="none"/>
        </w:rPr>
        <w:t xml:space="preserve"> Hitlernek (jún. 6.: megszállók elvitelét kéri) és Sztálinnak (szept. vége: fegyverszünet); „szomszédos kolosszus” = </w:t>
      </w:r>
      <w:r>
        <w:rPr>
          <w:b/>
          <w:i w:val="0"/>
          <w:sz w:val="22"/>
          <w:u w:val="none"/>
        </w:rPr>
        <w:t>Németország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1944-es források:</w:t>
      </w:r>
      <w:r>
        <w:rPr>
          <w:b w:val="0"/>
          <w:i w:val="0"/>
          <w:sz w:val="22"/>
          <w:u w:val="none"/>
        </w:rPr>
        <w:t xml:space="preserve"> Sztójay → megszállás után; Szálasi → okt. 15. után; Veesenmayer → német irányítás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Első zsidótörvény:</w:t>
      </w:r>
      <w:r>
        <w:rPr>
          <w:b w:val="0"/>
          <w:i w:val="0"/>
          <w:sz w:val="22"/>
          <w:u w:val="none"/>
        </w:rPr>
        <w:t xml:space="preserve"> 20% a kamarákban; </w:t>
      </w:r>
      <w:r>
        <w:rPr>
          <w:b/>
          <w:i w:val="0"/>
          <w:sz w:val="22"/>
          <w:u w:val="none"/>
        </w:rPr>
        <w:t>jogegyenlőség</w:t>
      </w:r>
      <w:r>
        <w:rPr>
          <w:b w:val="0"/>
          <w:i w:val="0"/>
          <w:sz w:val="22"/>
          <w:u w:val="none"/>
        </w:rPr>
        <w:t xml:space="preserve"> sérül; az </w:t>
      </w:r>
      <w:r>
        <w:rPr>
          <w:b/>
          <w:i w:val="0"/>
          <w:sz w:val="22"/>
          <w:u w:val="none"/>
        </w:rPr>
        <w:t>értelmiséget</w:t>
      </w:r>
      <w:r>
        <w:rPr>
          <w:b w:val="0"/>
          <w:i w:val="0"/>
          <w:sz w:val="22"/>
          <w:u w:val="none"/>
        </w:rPr>
        <w:t xml:space="preserve"> sújtja; kivételek (hadirokkant, 1919 előtt kikeresztelkedett)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Fogalmak: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gettó</w:t>
      </w:r>
      <w:r>
        <w:rPr>
          <w:b w:val="0"/>
          <w:i w:val="0"/>
          <w:sz w:val="22"/>
          <w:u w:val="none"/>
        </w:rPr>
        <w:t xml:space="preserve"> (kényszerlakóhely) ≠ </w:t>
      </w:r>
      <w:r>
        <w:rPr>
          <w:b/>
          <w:i w:val="0"/>
          <w:sz w:val="22"/>
          <w:u w:val="none"/>
        </w:rPr>
        <w:t>internálás</w:t>
      </w:r>
      <w:r>
        <w:rPr>
          <w:b w:val="0"/>
          <w:i w:val="0"/>
          <w:sz w:val="22"/>
          <w:u w:val="none"/>
        </w:rPr>
        <w:t xml:space="preserve"> (gyűjtőtáborba szállítás) ≠ </w:t>
      </w:r>
      <w:r>
        <w:rPr>
          <w:b/>
          <w:i w:val="0"/>
          <w:sz w:val="22"/>
          <w:u w:val="none"/>
        </w:rPr>
        <w:t>deportálás</w:t>
      </w:r>
      <w:r>
        <w:rPr>
          <w:b w:val="0"/>
          <w:i w:val="0"/>
          <w:sz w:val="22"/>
          <w:u w:val="none"/>
        </w:rPr>
        <w:t xml:space="preserve"> ≠ </w:t>
      </w:r>
      <w:r>
        <w:rPr>
          <w:b/>
          <w:i w:val="0"/>
          <w:sz w:val="22"/>
          <w:u w:val="none"/>
        </w:rPr>
        <w:t>munkaszolgálat</w:t>
      </w:r>
      <w:r>
        <w:rPr>
          <w:b w:val="0"/>
          <w:i w:val="0"/>
          <w:sz w:val="22"/>
          <w:u w:val="none"/>
        </w:rPr>
        <w:t xml:space="preserve">; </w:t>
      </w:r>
      <w:r>
        <w:rPr>
          <w:b/>
          <w:i w:val="0"/>
          <w:sz w:val="22"/>
          <w:u w:val="none"/>
        </w:rPr>
        <w:t>sárga csillag</w:t>
      </w:r>
      <w:r>
        <w:rPr>
          <w:b w:val="0"/>
          <w:i w:val="0"/>
          <w:sz w:val="22"/>
          <w:u w:val="none"/>
        </w:rPr>
        <w:t xml:space="preserve"> a megkülönböztetés jele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Területgyarapodás</w:t>
      </w:r>
      <w:r>
        <w:rPr>
          <w:b w:val="0"/>
          <w:i w:val="0"/>
          <w:sz w:val="22"/>
          <w:u w:val="none"/>
        </w:rPr>
        <w:t xml:space="preserve"> (a „birodalom révén”): 1938, (1939), 1940, 1941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Don-kanyar, 1943:</w:t>
      </w:r>
      <w:r>
        <w:rPr>
          <w:b w:val="0"/>
          <w:i w:val="0"/>
          <w:sz w:val="22"/>
          <w:u w:val="none"/>
        </w:rPr>
        <w:t xml:space="preserve"> a 2. magyar hadsereg legnagyobb vesztesége</w:t>
      </w:r>
    </w:p>
    <w:p>
      <w:pPr>
        <w:pStyle w:val="ListBullet"/>
        <w:spacing w:after="80"/>
      </w:pPr>
      <w:r>
        <w:rPr>
          <w:b/>
          <w:i w:val="0"/>
          <w:sz w:val="22"/>
          <w:u w:val="none"/>
        </w:rPr>
        <w:t>Veszteségek:</w:t>
      </w:r>
      <w:r>
        <w:rPr>
          <w:b w:val="0"/>
          <w:i w:val="0"/>
          <w:sz w:val="22"/>
          <w:u w:val="none"/>
        </w:rPr>
        <w:t xml:space="preserve"> a legnagyobb gazdasági kár az </w:t>
      </w:r>
      <w:r>
        <w:rPr>
          <w:b/>
          <w:i w:val="0"/>
          <w:sz w:val="22"/>
          <w:u w:val="none"/>
        </w:rPr>
        <w:t>infrastruktúrában</w:t>
      </w:r>
      <w:r>
        <w:rPr>
          <w:b w:val="0"/>
          <w:i w:val="0"/>
          <w:sz w:val="22"/>
          <w:u w:val="none"/>
        </w:rPr>
        <w:t xml:space="preserve"> (hidak 100%)</w:t>
      </w:r>
    </w:p>
    <w:p>
      <w:pPr>
        <w:pStyle w:val="Heading2"/>
      </w:pPr>
      <w:r>
        <w:t>Képek: a magyarországi zsidóság üldöztetése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22000" cy="100962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00" cy="10096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22000" cy="113499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00" cy="1134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22000" cy="97833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7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00" cy="9783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9016" cy="151199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8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016" cy="1511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Árokásás a megszállt Ukrajnában</w:t>
            </w:r>
          </w:p>
          <w:p>
            <w:r>
              <w:rPr>
                <w:b/>
                <w:i w:val="0"/>
                <w:sz w:val="18"/>
                <w:u w:val="none"/>
              </w:rPr>
              <w:t>munkaszolgálat</w:t>
            </w:r>
            <w:r>
              <w:rPr>
                <w:b w:val="0"/>
                <w:i w:val="0"/>
                <w:sz w:val="18"/>
                <w:u w:val="none"/>
              </w:rPr>
              <w:t xml:space="preserve"> – kényszermunka a keleti fronton</w:t>
            </w:r>
          </w:p>
        </w:tc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„Zsidónegyed. Keresztényeknek tilos bemenni.”</w:t>
            </w:r>
          </w:p>
          <w:p>
            <w:r>
              <w:rPr>
                <w:b/>
                <w:i w:val="0"/>
                <w:sz w:val="18"/>
                <w:u w:val="none"/>
              </w:rPr>
              <w:t>gettó</w:t>
            </w:r>
            <w:r>
              <w:rPr>
                <w:b w:val="0"/>
                <w:i w:val="0"/>
                <w:sz w:val="18"/>
                <w:u w:val="none"/>
              </w:rPr>
              <w:t xml:space="preserve"> – a zsidók kijelölt, elzárt lakóhelye</w:t>
            </w:r>
          </w:p>
        </w:tc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Kárpátaljai zsidók</w:t>
            </w:r>
          </w:p>
          <w:p>
            <w:r>
              <w:rPr>
                <w:b/>
                <w:i w:val="0"/>
                <w:sz w:val="18"/>
                <w:u w:val="none"/>
              </w:rPr>
              <w:t>deportálás</w:t>
            </w:r>
            <w:r>
              <w:rPr>
                <w:b w:val="0"/>
                <w:i w:val="0"/>
                <w:sz w:val="18"/>
                <w:u w:val="none"/>
              </w:rPr>
              <w:t xml:space="preserve"> – vonattal a haláltáborba (1944)</w:t>
            </w:r>
          </w:p>
        </w:tc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Zsidó férfi sárga csillaggal</w:t>
            </w:r>
          </w:p>
          <w:p>
            <w:r>
              <w:rPr>
                <w:b/>
                <w:i w:val="0"/>
                <w:sz w:val="18"/>
                <w:u w:val="none"/>
              </w:rPr>
              <w:t>megkülönböztető jelzés</w:t>
            </w:r>
            <w:r>
              <w:rPr>
                <w:b w:val="0"/>
                <w:i w:val="0"/>
                <w:sz w:val="18"/>
                <w:u w:val="none"/>
              </w:rPr>
              <w:t xml:space="preserve"> – a sárga csillag viselése kötelező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A5F6B"/>
          <w:sz w:val="22"/>
          <w:u w:val="none"/>
        </w:rPr>
        <w:t>A feladatsorokban ezeket a képeket kell szakkifejezéssel megnevezni (lásd a gyakorló feladatok 11. feladatát).</w:t>
      </w:r>
    </w:p>
    <w:p>
      <w:pPr>
        <w:pStyle w:val="Heading2"/>
      </w:pPr>
      <w:r>
        <w:t>Képek: Budapest a háború után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drawing>
                <wp:inline xmlns:a="http://schemas.openxmlformats.org/drawingml/2006/main" xmlns:pic="http://schemas.openxmlformats.org/drawingml/2006/picture">
                  <wp:extent cx="1932000" cy="1275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6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000" cy="127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</w:tcPr>
          <w:p>
            <w:r>
              <w:drawing>
                <wp:inline xmlns:a="http://schemas.openxmlformats.org/drawingml/2006/main" xmlns:pic="http://schemas.openxmlformats.org/drawingml/2006/picture">
                  <wp:extent cx="1932000" cy="148730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7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000" cy="14873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</w:tcPr>
          <w:p>
            <w:r>
              <w:drawing>
                <wp:inline xmlns:a="http://schemas.openxmlformats.org/drawingml/2006/main" xmlns:pic="http://schemas.openxmlformats.org/drawingml/2006/picture">
                  <wp:extent cx="1515623" cy="187199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8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623" cy="1871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213"/>
          </w:tcPr>
          <w:p>
            <w:r/>
            <w:r>
              <w:rPr>
                <w:b/>
                <w:i w:val="0"/>
                <w:sz w:val="18"/>
                <w:u w:val="none"/>
              </w:rPr>
              <w:t>Romeltakarítás a Várban</w:t>
            </w:r>
          </w:p>
          <w:p>
            <w:r>
              <w:rPr>
                <w:b w:val="0"/>
                <w:i w:val="0"/>
                <w:sz w:val="18"/>
                <w:u w:val="none"/>
              </w:rPr>
              <w:t xml:space="preserve">Budapest épületeinek </w:t>
            </w:r>
            <w:r>
              <w:rPr>
                <w:b/>
                <w:i w:val="0"/>
                <w:sz w:val="18"/>
                <w:u w:val="none"/>
              </w:rPr>
              <w:t>¾-e</w:t>
            </w:r>
            <w:r>
              <w:rPr>
                <w:b w:val="0"/>
                <w:i w:val="0"/>
                <w:sz w:val="18"/>
                <w:u w:val="none"/>
              </w:rPr>
              <w:t xml:space="preserve"> megsemmisült vagy károsodott; nők végzik a munkát, mert az áldozatok többsége férfi volt</w:t>
            </w:r>
          </w:p>
        </w:tc>
        <w:tc>
          <w:tcPr>
            <w:tcW w:type="dxa" w:w="3213"/>
          </w:tcPr>
          <w:p>
            <w:r/>
            <w:r>
              <w:rPr>
                <w:b/>
                <w:i w:val="0"/>
                <w:sz w:val="18"/>
                <w:u w:val="none"/>
              </w:rPr>
              <w:t>Marhát hajtanak a vágóhídra a Rákóczi úton</w:t>
            </w:r>
          </w:p>
          <w:p>
            <w:r>
              <w:rPr>
                <w:b w:val="0"/>
                <w:i w:val="0"/>
                <w:sz w:val="18"/>
                <w:u w:val="none"/>
              </w:rPr>
              <w:t xml:space="preserve">a </w:t>
            </w:r>
            <w:r>
              <w:rPr>
                <w:b/>
                <w:i w:val="0"/>
                <w:sz w:val="18"/>
                <w:u w:val="none"/>
              </w:rPr>
              <w:t>vasúti szállítás megsemmisült</w:t>
            </w:r>
            <w:r>
              <w:rPr>
                <w:b w:val="0"/>
                <w:i w:val="0"/>
                <w:sz w:val="18"/>
                <w:u w:val="none"/>
              </w:rPr>
              <w:t xml:space="preserve"> (a sínhálózat 40%-a, a mozdonyok több mint 2/3-a)</w:t>
            </w:r>
          </w:p>
        </w:tc>
        <w:tc>
          <w:tcPr>
            <w:tcW w:type="dxa" w:w="3213"/>
          </w:tcPr>
          <w:p>
            <w:r/>
            <w:r>
              <w:rPr>
                <w:b/>
                <w:i w:val="0"/>
                <w:sz w:val="18"/>
                <w:u w:val="none"/>
              </w:rPr>
              <w:t>Söprik a pengőt a Lehel téren</w:t>
            </w:r>
          </w:p>
          <w:p>
            <w:r>
              <w:rPr>
                <w:b/>
                <w:i w:val="0"/>
                <w:sz w:val="18"/>
                <w:u w:val="none"/>
              </w:rPr>
              <w:t>hiperinfláció</w:t>
            </w:r>
            <w:r>
              <w:rPr>
                <w:b w:val="0"/>
                <w:i w:val="0"/>
                <w:sz w:val="18"/>
                <w:u w:val="none"/>
              </w:rPr>
              <w:t xml:space="preserve"> 1946 nyarán – a pengő elértéktelenedett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A5F6B"/>
          <w:sz w:val="22"/>
          <w:u w:val="none"/>
        </w:rPr>
        <w:t>Lásd a gyakorló feladatok 14. feladatát.</w:t>
      </w:r>
    </w:p>
    <w:p>
      <w:pPr>
        <w:pStyle w:val="Heading1"/>
        <w:pageBreakBefore/>
      </w:pPr>
      <w:r>
        <w:t>Gyakorló feladatok</w:t>
      </w:r>
    </w:p>
    <w:p>
      <w:pPr>
        <w:spacing w:after="80"/>
      </w:pPr>
      <w:r>
        <w:rPr>
          <w:b w:val="0"/>
          <w:i w:val="0"/>
          <w:sz w:val="24"/>
          <w:u w:val="none"/>
        </w:rPr>
        <w:t>14 érettségi feladat Magyarországról a második világháborúban. A megoldás mindig a feladatot követő oldalon (új oldalon) található – addig ne lapozz, amíg nem készültél el!</w:t>
      </w:r>
    </w:p>
    <w:p>
      <w:pPr>
        <w:pStyle w:val="Heading2"/>
        <w:pageBreakBefore/>
      </w:pPr>
      <w:r>
        <w:t>1. feladat – Az első zsidótörvény (1938)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2019. október, középszint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Oldd meg a feladatokat a források és ismereteid segítségével! (Elemenként 1 pont.)</w:t>
      </w: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A)</w:t>
      </w:r>
      <w:r>
        <w:rPr>
          <w:b w:val="0"/>
          <w:i w:val="0"/>
          <w:sz w:val="20"/>
          <w:u w:val="none"/>
        </w:rPr>
        <w:t xml:space="preserve"> „Ez a javaslat még a zsidóságot sem alázza meg annyira, mint amennyire megsérti a keresztény középosztály fiait, amikor azt teszi fel róluk, hogy – az állampolgári jogegyenlőség megszentelt elvének semmibevételével – jogfosztástól, megszégyenítő gyámkodástól, kényszeralkalmazástól várják megélhetésük biztosítását. S felteszi róluk azt az erkölcsi eltévelyedést, hogy polgártársaik egy részének vallása miatt való megbélyegzése, polgári jogai teljességéből való kiforgatása árán akarnak érvényesülni és boldogulni.”  </w:t>
      </w:r>
      <w:r>
        <w:rPr>
          <w:b w:val="0"/>
          <w:i/>
          <w:sz w:val="20"/>
          <w:u w:val="none"/>
        </w:rPr>
        <w:t>(Magyar értelmiségiek kiáltványa)</w:t>
      </w:r>
    </w:p>
    <w:p>
      <w:pPr>
        <w:spacing w:after="0"/>
      </w:pP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B)</w:t>
      </w:r>
      <w:r>
        <w:rPr>
          <w:b w:val="0"/>
          <w:i w:val="0"/>
          <w:sz w:val="20"/>
          <w:u w:val="none"/>
        </w:rPr>
        <w:t xml:space="preserve"> „A Függetlenség [című újság] véleménye szerint a javaslat nem kíméletlen, s nem jelenti a zsidóság elnyomását, mert a zsidó lakosság 5 százalékos lélekszáma mellett 20 százalékos részt kap a közéletben. A Pesti Napló [című újság] viszont úgy tartja, hogy az új javaslat intézkedései gyökeres szakítást jelentenek a magyar törvénykönyv 1867. és 1895. évből származó olyan alkotmányos alaptörvényeivel, amelyek eddig aligha válhattak szégyenére a [magyar törvényeknek].”  </w:t>
      </w:r>
      <w:r>
        <w:rPr>
          <w:b w:val="0"/>
          <w:i/>
          <w:sz w:val="20"/>
          <w:u w:val="none"/>
        </w:rPr>
        <w:t>(Brassói Lapok)</w:t>
      </w:r>
    </w:p>
    <w:p>
      <w:pPr>
        <w:spacing w:after="0"/>
      </w:pPr>
    </w:p>
    <w:p>
      <w:pPr>
        <w:spacing w:after="4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Mindkét forrásrészlet ugyanazzal a törvénnyel kapcsolatos. Melyik ez a törvény? Karikázd be a helyes válasz sorszámát!</w:t>
      </w:r>
    </w:p>
    <w:p>
      <w:pPr>
        <w:spacing w:after="160"/>
      </w:pPr>
      <w:r>
        <w:rPr>
          <w:b w:val="0"/>
          <w:i w:val="0"/>
          <w:sz w:val="22"/>
          <w:u w:val="none"/>
        </w:rPr>
        <w:t>1. numerus clausus     2. nemzetiségi törvény     3. első zsidótörvény</w:t>
      </w:r>
    </w:p>
    <w:p>
      <w:pPr>
        <w:spacing w:after="4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Hogyan viszonyultak az A) betűjelű forrás szerzői a bevezetésre kerülő törvényhez?</w:t>
      </w:r>
    </w:p>
    <w:p>
      <w:pPr>
        <w:spacing w:after="160"/>
      </w:pPr>
      <w:r>
        <w:rPr>
          <w:b w:val="0"/>
          <w:i w:val="0"/>
          <w:sz w:val="22"/>
          <w:u w:val="none"/>
        </w:rPr>
        <w:t>1. Egyetértettek vele.     2. Tárgyilagos tudósítást közöltek.     3. Elítélték a törvényt.</w:t>
      </w:r>
    </w:p>
    <w:p>
      <w:pPr>
        <w:spacing w:after="4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Hogyan viszonyult a B) betűjelű forrás szerzője a bevezetésre kerülő törvényhez?</w:t>
      </w:r>
    </w:p>
    <w:p>
      <w:pPr>
        <w:spacing w:after="160"/>
      </w:pPr>
      <w:r>
        <w:rPr>
          <w:b w:val="0"/>
          <w:i w:val="0"/>
          <w:sz w:val="22"/>
          <w:u w:val="none"/>
        </w:rPr>
        <w:t>1. Egyetértett vele.     2. Tárgyilagos tudósítást közölt.     3. Elítélte a törvényt.</w:t>
      </w:r>
    </w:p>
    <w:p>
      <w:pPr>
        <w:spacing w:after="160"/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Mit biztosítottak a zsidóság számára a B) betűjelű forrásban említett „alkotmányos alaptörvények”?</w:t>
      </w:r>
    </w:p>
    <w:p>
      <w:pPr>
        <w:pStyle w:val="Heading2"/>
        <w:pageBreakBefore/>
      </w:pPr>
      <w:r>
        <w:rPr>
          <w:color w:val="1B7F6B"/>
        </w:rPr>
        <w:t>1.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hivatalos javítókulcs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3. – az </w:t>
      </w:r>
      <w:r>
        <w:rPr>
          <w:b/>
          <w:i w:val="0"/>
          <w:sz w:val="22"/>
          <w:u w:val="none"/>
        </w:rPr>
        <w:t>első zsidótörvény</w:t>
      </w:r>
      <w:r>
        <w:rPr>
          <w:b w:val="0"/>
          <w:i w:val="0"/>
          <w:sz w:val="22"/>
          <w:u w:val="none"/>
        </w:rPr>
        <w:t xml:space="preserve"> (1938)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3. – </w:t>
      </w:r>
      <w:r>
        <w:rPr>
          <w:b/>
          <w:i w:val="0"/>
          <w:sz w:val="22"/>
          <w:u w:val="none"/>
        </w:rPr>
        <w:t>elítélték</w:t>
      </w:r>
      <w:r>
        <w:rPr>
          <w:b w:val="0"/>
          <w:i w:val="0"/>
          <w:sz w:val="22"/>
          <w:u w:val="none"/>
        </w:rPr>
        <w:t xml:space="preserve"> (a jogegyenlőség „semmibevétele” miatt tiltakoztak)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2. – </w:t>
      </w:r>
      <w:r>
        <w:rPr>
          <w:b/>
          <w:i w:val="0"/>
          <w:sz w:val="22"/>
          <w:u w:val="none"/>
        </w:rPr>
        <w:t>tárgyilagos tudósítás</w:t>
      </w:r>
      <w:r>
        <w:rPr>
          <w:b w:val="0"/>
          <w:i w:val="0"/>
          <w:sz w:val="22"/>
          <w:u w:val="none"/>
        </w:rPr>
        <w:t xml:space="preserve"> (két lap eltérő véleményét idézi, a sajátját nem mondja ki)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jogegyenlőséget</w:t>
      </w:r>
      <w:r>
        <w:rPr>
          <w:b w:val="0"/>
          <w:i w:val="0"/>
          <w:sz w:val="22"/>
          <w:u w:val="none"/>
        </w:rPr>
        <w:t xml:space="preserve"> / törvény előtti egyenlőséget / egyenjogúságot (emancipáció)</w:t>
      </w: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>Miért? A 20%-os arány („5 százalékos lélekszám mellett 20 százalékos rész”) az 1938-as első zsidótörvény jellemzője. A numerus clausus (1920) az egyetemi felvételt korlátozta, nem a közélet egészét.</w:t>
      </w:r>
    </w:p>
    <w:p>
      <w:pPr>
        <w:pStyle w:val="Heading2"/>
        <w:pageBreakBefore/>
      </w:pPr>
      <w:r>
        <w:t>2. feladat – Az első zsidótörvény szövege és a tiltakozás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2005–2016-os gyűjtemény, 11. feladat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Válaszolj a kérdésekre a források és ismereteid segítségével! (Elemenként 1 pont.)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>„</w:t>
      </w:r>
      <w:r>
        <w:rPr>
          <w:b/>
          <w:i w:val="0"/>
          <w:sz w:val="20"/>
          <w:u w:val="none"/>
        </w:rPr>
        <w:t>4. §</w:t>
      </w:r>
      <w:r>
        <w:rPr>
          <w:b w:val="0"/>
          <w:i w:val="0"/>
          <w:sz w:val="20"/>
          <w:u w:val="none"/>
        </w:rPr>
        <w:t xml:space="preserve"> A sajtókamara, úgyszintén a színművészeti és filmművészeti kamara tagjaiul zsidók csak olyan arányban vehetők fel, hogy számuk a kamara összes tagjai számának húsz százalékát ne haladja meg. Ebbe a húsz százalékba nem lehet beleszámítani: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>a) a hadirokkantat, a tűzharcost, továbbá hősi halált halt szülőnek gyermekét és a hadiözvegyet;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>b) azt, aki az 1919. évi augusztus hó 1. napja előtt tért át valamely más bevett felekezetbe és megszakítás nélkül ugyanennek a felekezetnek a tagja;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>c) a b) pont alá eső szülőnek olyan leszármazóját, aki nem az izraelita felekezet tagja;</w:t>
      </w: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7. §</w:t>
      </w:r>
      <w:r>
        <w:rPr>
          <w:b w:val="0"/>
          <w:i w:val="0"/>
          <w:sz w:val="20"/>
          <w:u w:val="none"/>
        </w:rPr>
        <w:t xml:space="preserve"> Ügyvédi, mérnöki, orvosi kamarák tagjaiul a 4. § első bekezdése alá eső személyeket csak olyan arányban lehet felvenni, hogy számuk az összes tagok számának húsz százalékát ne haladja meg.”  </w:t>
      </w:r>
      <w:r>
        <w:rPr>
          <w:b w:val="0"/>
          <w:i/>
          <w:sz w:val="20"/>
          <w:u w:val="none"/>
        </w:rPr>
        <w:t>(Az 1938. XV. törvény a társadalmi és a gazdasági élet egyensúlyának hatályosabb biztosításáról)</w:t>
      </w:r>
    </w:p>
    <w:p>
      <w:pPr>
        <w:spacing w:after="0"/>
      </w:pP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„Mi, magyarok, írók, művészek és a tudomány munkatársai, különféle világnézetek és pártállások szószólói, különféle társadalmi rétegek szülöttei és tagjai […] valamennyien a kereszténység, józanság és hazafiság magától értetődő egységével és szilárdságával emeljük föl szavunkat az állampolgári jogegyenlőség elvéért, melyet az úgynevezett „társadalmi egyensúly hatályosabb biztosításáról szóló törvényjavaslat” megvalósulása esetén törölne a magyar alkotmányból.”  </w:t>
      </w:r>
      <w:r>
        <w:rPr>
          <w:b w:val="0"/>
          <w:i/>
          <w:sz w:val="20"/>
          <w:u w:val="none"/>
        </w:rPr>
        <w:t>(Tiltakozás a zsidótörvény ellen; 1938. május 5.)</w:t>
      </w:r>
    </w:p>
    <w:p>
      <w:pPr>
        <w:spacing w:after="0"/>
      </w:pPr>
    </w:p>
    <w:p>
      <w:pPr>
        <w:spacing w:after="16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Melyik demokratikus jogelvet sérti az ún. első zsidótörvény?</w:t>
      </w:r>
    </w:p>
    <w:p>
      <w:pPr>
        <w:spacing w:after="16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A 20%-os korlát hatálya alá esik-e az a korábban izraelita felekezetű személy, aki a törvény hatályba lépése előtt néhány nappal katolikus vallásra tért át?</w:t>
      </w:r>
    </w:p>
    <w:p>
      <w:pPr>
        <w:spacing w:after="16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A 20%-os korlát hatálya alá esik-e az I. világháborús hadirokkant katonatiszt izraelita felekezetű gyermeke?</w:t>
      </w:r>
    </w:p>
    <w:p>
      <w:pPr>
        <w:spacing w:after="40"/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A zsidóságon belül melyik társadalmi csoportot/réteget sújtotta elsősorban a törvény? Karikázd be!</w:t>
      </w:r>
    </w:p>
    <w:p>
      <w:pPr>
        <w:spacing w:after="160"/>
      </w:pPr>
      <w:r>
        <w:rPr>
          <w:b w:val="0"/>
          <w:i w:val="0"/>
          <w:sz w:val="22"/>
          <w:u w:val="none"/>
        </w:rPr>
        <w:t>1. iparosok     2. kereskedők     3. értelmiség     4. nagytőkések</w:t>
      </w:r>
    </w:p>
    <w:p>
      <w:pPr>
        <w:pStyle w:val="Heading2"/>
        <w:pageBreakBefore/>
      </w:pPr>
      <w:r>
        <w:rPr>
          <w:color w:val="1B7F6B"/>
        </w:rPr>
        <w:t>2.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saját megoldás (a gyűjtemény nem közöl kulcsot)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az </w:t>
      </w:r>
      <w:r>
        <w:rPr>
          <w:b/>
          <w:i w:val="0"/>
          <w:sz w:val="22"/>
          <w:u w:val="none"/>
        </w:rPr>
        <w:t>állampolgári jogegyenlőség</w:t>
      </w:r>
      <w:r>
        <w:rPr>
          <w:b w:val="0"/>
          <w:i w:val="0"/>
          <w:sz w:val="22"/>
          <w:u w:val="none"/>
        </w:rPr>
        <w:t xml:space="preserve"> (törvény előtti egyenlőség) elvét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Igen</w:t>
      </w:r>
      <w:r>
        <w:rPr>
          <w:b w:val="0"/>
          <w:i w:val="0"/>
          <w:sz w:val="22"/>
          <w:u w:val="none"/>
        </w:rPr>
        <w:t>, hatálya alá esik – a mentesség csak az 1919. augusztus 1. előtt kikeresztelkedettekre vonatkozik (b pont).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Igen</w:t>
      </w:r>
      <w:r>
        <w:rPr>
          <w:b w:val="0"/>
          <w:i w:val="0"/>
          <w:sz w:val="22"/>
          <w:u w:val="none"/>
        </w:rPr>
        <w:t>, hatálya alá esik – a mentesség magát a hadirokkantat illeti meg (a pont), a gyermekét nem; csak a hősi halált halt szülő gyermeke mentes.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3. – az értelmiség</w:t>
      </w:r>
      <w:r>
        <w:rPr>
          <w:b w:val="0"/>
          <w:i w:val="0"/>
          <w:sz w:val="22"/>
          <w:u w:val="none"/>
        </w:rPr>
        <w:t xml:space="preserve"> (a kamarák: sajtó, ügyvédi, mérnöki, orvosi pályák)</w:t>
      </w: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 xml:space="preserve">Tipp: a 20% a </w:t>
      </w:r>
      <w:r>
        <w:rPr>
          <w:b/>
          <w:i w:val="0"/>
          <w:color w:val="5A5F6B"/>
          <w:sz w:val="19"/>
          <w:u w:val="none"/>
        </w:rPr>
        <w:t>kamarai tagságra</w:t>
      </w:r>
      <w:r>
        <w:rPr>
          <w:b w:val="0"/>
          <w:i w:val="0"/>
          <w:color w:val="5A5F6B"/>
          <w:sz w:val="19"/>
          <w:u w:val="none"/>
        </w:rPr>
        <w:t xml:space="preserve"> vonatkozik, nem a lakosság arányára; a zsidó lakosság aránya kb. 5% volt.</w:t>
      </w:r>
    </w:p>
    <w:p>
      <w:pPr>
        <w:pStyle w:val="Heading2"/>
        <w:pageBreakBefore/>
      </w:pPr>
      <w:r>
        <w:t>3. feladat – A nyilas mozgalom programja (1935)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2005–2016-os gyűjtemény, 19. feladat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Válaszolj a kérdésekre a forrás és ismereteid segítségével!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>„</w:t>
      </w:r>
      <w:r>
        <w:rPr>
          <w:b/>
          <w:i w:val="0"/>
          <w:sz w:val="20"/>
          <w:u w:val="none"/>
        </w:rPr>
        <w:t>4.</w:t>
      </w:r>
      <w:r>
        <w:rPr>
          <w:b w:val="0"/>
          <w:i w:val="0"/>
          <w:sz w:val="20"/>
          <w:u w:val="none"/>
        </w:rPr>
        <w:t xml:space="preserve"> Akarjuk és követeljük a Hungária Egyesült Földek alkotmányos államtestének, társ és sorsközösségének felépítését, megszervezését, a Magyarföld részéről történő központi állami irányítását; a Magyarföld, Tótföld, Ruténföld, Erdélyföld, Horvát-Szlavónföld és Nyugatgyepű politikai és gazdasági önkormányzatát a Hungária Egyesült Földek államrendszerében.</w:t>
      </w: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22.</w:t>
      </w:r>
      <w:r>
        <w:rPr>
          <w:b w:val="0"/>
          <w:i w:val="0"/>
          <w:sz w:val="20"/>
          <w:u w:val="none"/>
        </w:rPr>
        <w:t xml:space="preserve"> Akarjuk és követeljük a zsidókérdésnek az állam érdekeivel egyező rendezését, a zsidónak, mint fajnak alkotmányos meghatározását, az állam életébe és munkájába való számarányos bevonását, a zsidó bevándorlásnak mindenkorra való beszüntetését, azoknak a zsidóknak a kiutasítását, akik 1914 után kaptak települési engedélyt, akik a világháborúban harcvonalban nem voltak, akik az állam törvényeit megszegik, gátolják, tekintet nélkül arra, hogy mikor települtek meg az Ősföldön. A minden téren megnyilvánuló zsidószellem könyörtelen kiirtását, a megalkuvás nélküli keresztény szellem felépítését követeljük.</w:t>
      </w: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23.</w:t>
      </w:r>
      <w:r>
        <w:rPr>
          <w:b w:val="0"/>
          <w:i w:val="0"/>
          <w:sz w:val="20"/>
          <w:u w:val="none"/>
        </w:rPr>
        <w:t xml:space="preserve"> Akarjuk a munkáskérdés nemzeti, szociális, a munkaadó és a munkás érdekeinek kölcsönös védelmében történő megoldását, a munkásnak az üzem hasznából részhasznot élvező, nyugdíjjogosultsággal rendelkező személyként való kezelését, a szakszervezetek és a sztrájk eltörlését.</w:t>
      </w: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27.</w:t>
      </w:r>
      <w:r>
        <w:rPr>
          <w:b w:val="0"/>
          <w:i w:val="0"/>
          <w:sz w:val="20"/>
          <w:u w:val="none"/>
        </w:rPr>
        <w:t xml:space="preserve"> Akarjuk és követeljük hiteléletünk újjászervezését, a hitelintézetek összevonását állami felügyelet alá helyezés mellett.”  </w:t>
      </w:r>
      <w:r>
        <w:rPr>
          <w:b w:val="0"/>
          <w:i/>
          <w:sz w:val="20"/>
          <w:u w:val="none"/>
        </w:rPr>
        <w:t>(A Nemzeti Akarat Pártjának programja; 1935)</w:t>
      </w:r>
    </w:p>
    <w:p>
      <w:pPr>
        <w:spacing w:after="0"/>
      </w:pPr>
    </w:p>
    <w:p>
      <w:pPr>
        <w:spacing w:after="16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Milyen területre vonatkozik a Hungária Egyesült Földek kifejezés? (1 pont)</w:t>
      </w:r>
    </w:p>
    <w:p>
      <w:pPr>
        <w:spacing w:after="16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Mit jelent valójában „az állam életébe és munkájába való számarányos bevonás”? (1 pont)</w:t>
      </w:r>
    </w:p>
    <w:p>
      <w:pPr>
        <w:spacing w:after="16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Nevezz meg egy követelést, ami a munkások helyzetén javítana, és egyet, ami rontana! (0,5 + 0,5 pont)</w:t>
      </w:r>
    </w:p>
    <w:p>
      <w:pPr>
        <w:spacing w:after="160"/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Nevezz meg két korabeli európai politikai ideológiát, ami szoros rokonságban áll a nyilasok eszméivel! (0,5 + 0,5 pont)</w:t>
      </w:r>
    </w:p>
    <w:p>
      <w:pPr>
        <w:pStyle w:val="Heading2"/>
        <w:pageBreakBefore/>
      </w:pPr>
      <w:r>
        <w:rPr>
          <w:color w:val="1B7F6B"/>
        </w:rPr>
        <w:t>3.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saját megoldás (a gyűjtemény nem közöl kulcsot)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a </w:t>
      </w:r>
      <w:r>
        <w:rPr>
          <w:b/>
          <w:i w:val="0"/>
          <w:sz w:val="22"/>
          <w:u w:val="none"/>
        </w:rPr>
        <w:t>történelmi Magyarország</w:t>
      </w:r>
      <w:r>
        <w:rPr>
          <w:b w:val="0"/>
          <w:i w:val="0"/>
          <w:sz w:val="22"/>
          <w:u w:val="none"/>
        </w:rPr>
        <w:t xml:space="preserve"> (Szent István birodalma, a Kárpát-medence) területe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a zsidóság </w:t>
      </w:r>
      <w:r>
        <w:rPr>
          <w:b/>
          <w:i w:val="0"/>
          <w:sz w:val="22"/>
          <w:u w:val="none"/>
        </w:rPr>
        <w:t>számarányának megfelelő korlátozása</w:t>
      </w:r>
      <w:r>
        <w:rPr>
          <w:b w:val="0"/>
          <w:i w:val="0"/>
          <w:sz w:val="22"/>
          <w:u w:val="none"/>
        </w:rPr>
        <w:t xml:space="preserve"> a gazdaságban, a kultúrában és a közéletben, azaz kiszorításuk, jogaik csorbítása (a zsidóság kb. 5%-os arányára szorítás)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javítana: a munkás </w:t>
      </w:r>
      <w:r>
        <w:rPr>
          <w:b/>
          <w:i w:val="0"/>
          <w:sz w:val="22"/>
          <w:u w:val="none"/>
        </w:rPr>
        <w:t>részesedése az üzem hasznából</w:t>
      </w:r>
      <w:r>
        <w:rPr>
          <w:b w:val="0"/>
          <w:i w:val="0"/>
          <w:sz w:val="22"/>
          <w:u w:val="none"/>
        </w:rPr>
        <w:t xml:space="preserve"> / </w:t>
      </w:r>
      <w:r>
        <w:rPr>
          <w:b/>
          <w:i w:val="0"/>
          <w:sz w:val="22"/>
          <w:u w:val="none"/>
        </w:rPr>
        <w:t>nyugdíjjogosultság</w:t>
      </w:r>
      <w:r>
        <w:rPr>
          <w:b w:val="0"/>
          <w:i w:val="0"/>
          <w:sz w:val="22"/>
          <w:u w:val="none"/>
        </w:rPr>
        <w:t xml:space="preserve">;  rontana: a </w:t>
      </w:r>
      <w:r>
        <w:rPr>
          <w:b/>
          <w:i w:val="0"/>
          <w:sz w:val="22"/>
          <w:u w:val="none"/>
        </w:rPr>
        <w:t>szakszervezetek és a sztrájk eltörlése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fasizmus</w:t>
      </w:r>
      <w:r>
        <w:rPr>
          <w:b w:val="0"/>
          <w:i w:val="0"/>
          <w:sz w:val="22"/>
          <w:u w:val="none"/>
        </w:rPr>
        <w:t xml:space="preserve"> (olasz) és </w:t>
      </w:r>
      <w:r>
        <w:rPr>
          <w:b/>
          <w:i w:val="0"/>
          <w:sz w:val="22"/>
          <w:u w:val="none"/>
        </w:rPr>
        <w:t>nácizmus</w:t>
      </w:r>
      <w:r>
        <w:rPr>
          <w:b w:val="0"/>
          <w:i w:val="0"/>
          <w:sz w:val="22"/>
          <w:u w:val="none"/>
        </w:rPr>
        <w:t xml:space="preserve"> (nemzetiszocializmus, német)</w:t>
      </w: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>Háttér: a Nemzeti Akarat Pártja (1935) a Nyilaskeresztes Párt (1939) előzménye; vezére Szálasi Ferenc, ideológiájuk a hungarizmus.</w:t>
      </w:r>
    </w:p>
    <w:p>
      <w:pPr>
        <w:pStyle w:val="Heading2"/>
        <w:pageBreakBefore/>
      </w:pPr>
      <w:r>
        <w:t>4. feladat – Magyarország hadba lépései: Lengyelország, Jugoszlávia, Szovjetunió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2022. május (I), középszint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Döntsd el a források és ismereteid segítségével, mely második világháborús eseményekhez kötődnek a forrásokban leírtak! Írj X jelet a táblázat megfelelő oszlopába! Egy sorban csak egy X jel szerepelhet. (Elemenként 1 pont.)</w:t>
      </w: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A)</w:t>
      </w:r>
      <w:r>
        <w:rPr>
          <w:b w:val="0"/>
          <w:i w:val="0"/>
          <w:sz w:val="20"/>
          <w:u w:val="none"/>
        </w:rPr>
        <w:t xml:space="preserve"> „Teleki gróf inkább saját életét adta, mintsem hogy e szégyenteljes tetthez csatlakozzék.”  </w:t>
      </w:r>
      <w:r>
        <w:rPr>
          <w:b w:val="0"/>
          <w:i/>
          <w:sz w:val="20"/>
          <w:u w:val="none"/>
        </w:rPr>
        <w:t>(Churchill beszéde a parlament alsóházában)</w:t>
      </w:r>
    </w:p>
    <w:p>
      <w:pPr>
        <w:spacing w:after="0"/>
      </w:pP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B)</w:t>
      </w:r>
      <w:r>
        <w:rPr>
          <w:b w:val="0"/>
          <w:i w:val="0"/>
          <w:sz w:val="20"/>
          <w:u w:val="none"/>
        </w:rPr>
        <w:t xml:space="preserve"> „Magyarország részéről a nemzeti becsület ügye, hogy […] semminemű katonai akcióban nem vesz részt, […] semmi körülmények között nem engedhetjük meg német csapatoknak egy magyarországi vasútvonalon átszállítását és átvonulását.”  </w:t>
      </w:r>
      <w:r>
        <w:rPr>
          <w:b w:val="0"/>
          <w:i/>
          <w:sz w:val="20"/>
          <w:u w:val="none"/>
        </w:rPr>
        <w:t>(Kormányhatározat)</w:t>
      </w:r>
    </w:p>
    <w:p>
      <w:pPr>
        <w:spacing w:after="0"/>
      </w:pP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C)</w:t>
      </w:r>
      <w:r>
        <w:rPr>
          <w:b w:val="0"/>
          <w:i w:val="0"/>
          <w:sz w:val="20"/>
          <w:u w:val="none"/>
        </w:rPr>
        <w:t xml:space="preserve"> „Az a hír lepett meg bennünket, hogy [a várost] […] bombázás érte. Werth vezérkari főnök jelentése szerint az azonnali vizsgálat azt állapította meg, hogy […] egy bombarepeszdarabon a leningrádi hadiszergyár jegyét ismerték fel. […] Krúdy Ádám repülőszázados, a kassai repülőtér oktatótisztje írásban jelentette Bárdossy miniszterelnöknek, hogy ő saját szemével látta, hogy a bombákat német repülőgépek dobták le. Időközben azonban a hadiállapot már beállott.”  </w:t>
      </w:r>
      <w:r>
        <w:rPr>
          <w:b w:val="0"/>
          <w:i/>
          <w:sz w:val="20"/>
          <w:u w:val="none"/>
        </w:rPr>
        <w:t>(Horthy Miklós emlékirataiból)</w:t>
      </w:r>
    </w:p>
    <w:p>
      <w:pPr>
        <w:spacing w:after="0"/>
      </w:pP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D)</w:t>
      </w:r>
      <w:r>
        <w:rPr>
          <w:b w:val="0"/>
          <w:i w:val="0"/>
          <w:sz w:val="20"/>
          <w:u w:val="none"/>
        </w:rPr>
        <w:t xml:space="preserve"> „Amennyiben a magyar [...] [kormány] eltűri, sőt elősegíti, hogy a német hadsereg Magyarországra bevonulva, azt katonai bázisnak használja [...], Anglia részéről diplomáciai viszonyunk megszakításával […] számolnia kell. Ha azonban Magyarország e támadáshoz bármilyen indoklással csatlakoznék, úgy Nagy-Britannia és szövetségesei [...] hadüzenetével is kell számolni. [...] Az örök baráti szerződés flagráns [nyilvánvaló] megsértésével leszünk megvádolva.”  </w:t>
      </w:r>
      <w:r>
        <w:rPr>
          <w:b w:val="0"/>
          <w:i/>
          <w:sz w:val="20"/>
          <w:u w:val="none"/>
        </w:rPr>
        <w:t>(Barcza György londoni magyar nagykövet távirata a miniszterelnöknek)</w:t>
      </w:r>
    </w:p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Források</w:t>
            </w:r>
          </w:p>
        </w:tc>
        <w:tc>
          <w:tcPr>
            <w:tcW w:type="dxa" w:w="2835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Lengyelország megtámadása</w:t>
            </w:r>
          </w:p>
        </w:tc>
        <w:tc>
          <w:tcPr>
            <w:tcW w:type="dxa" w:w="2835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Jugoszlávia megtámadása</w:t>
            </w:r>
          </w:p>
        </w:tc>
        <w:tc>
          <w:tcPr>
            <w:tcW w:type="dxa" w:w="2835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A Szovjetunió megtámadása</w:t>
            </w:r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i w:val="0"/>
                <w:sz w:val="20"/>
                <w:u w:val="none"/>
              </w:rPr>
              <w:t>A)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i w:val="0"/>
                <w:sz w:val="20"/>
                <w:u w:val="none"/>
              </w:rPr>
              <w:t>B)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i w:val="0"/>
                <w:sz w:val="20"/>
                <w:u w:val="none"/>
              </w:rPr>
              <w:t>C)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i w:val="0"/>
                <w:sz w:val="20"/>
                <w:u w:val="none"/>
              </w:rPr>
              <w:t>D)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</w:tr>
    </w:tbl>
    <w:p>
      <w:pPr>
        <w:spacing w:after="40"/>
      </w:pPr>
    </w:p>
    <w:p>
      <w:pPr>
        <w:pStyle w:val="Heading2"/>
        <w:pageBreakBefore/>
      </w:pPr>
      <w:r>
        <w:rPr>
          <w:color w:val="1B7F6B"/>
        </w:rPr>
        <w:t>4.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hivatalos javítókulcs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134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Források</w:t>
            </w:r>
          </w:p>
        </w:tc>
        <w:tc>
          <w:tcPr>
            <w:tcW w:type="dxa" w:w="2835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Lengyelország megtámadása</w:t>
            </w:r>
          </w:p>
        </w:tc>
        <w:tc>
          <w:tcPr>
            <w:tcW w:type="dxa" w:w="2835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Jugoszlávia megtámadása</w:t>
            </w:r>
          </w:p>
        </w:tc>
        <w:tc>
          <w:tcPr>
            <w:tcW w:type="dxa" w:w="2835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A Szovjetunió megtámadása</w:t>
            </w:r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i w:val="0"/>
                <w:sz w:val="20"/>
                <w:u w:val="none"/>
              </w:rPr>
              <w:t>A)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X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i w:val="0"/>
                <w:sz w:val="20"/>
                <w:u w:val="none"/>
              </w:rPr>
              <w:t>B)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X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i w:val="0"/>
                <w:sz w:val="20"/>
                <w:u w:val="none"/>
              </w:rPr>
              <w:t>C)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X</w:t>
            </w:r>
          </w:p>
        </w:tc>
      </w:tr>
      <w:tr>
        <w:tc>
          <w:tcPr>
            <w:tcW w:type="dxa" w:w="1134"/>
          </w:tcPr>
          <w:p>
            <w:r/>
            <w:r>
              <w:rPr>
                <w:b w:val="0"/>
                <w:i w:val="0"/>
                <w:sz w:val="20"/>
                <w:u w:val="none"/>
              </w:rPr>
              <w:t>D)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X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5A5F6B"/>
          <w:sz w:val="19"/>
          <w:u w:val="none"/>
        </w:rPr>
        <w:t>A)</w:t>
      </w:r>
      <w:r>
        <w:rPr>
          <w:b w:val="0"/>
          <w:i w:val="0"/>
          <w:color w:val="5A5F6B"/>
          <w:sz w:val="19"/>
          <w:u w:val="none"/>
        </w:rPr>
        <w:t xml:space="preserve"> Teleki Pál öngyilkossága (1941. ápr. 3.) – a jugoszláv-ellenes támadás miatt.   </w:t>
      </w:r>
      <w:r>
        <w:rPr>
          <w:b/>
          <w:i w:val="0"/>
          <w:color w:val="5A5F6B"/>
          <w:sz w:val="19"/>
          <w:u w:val="none"/>
        </w:rPr>
        <w:t>B)</w:t>
      </w:r>
      <w:r>
        <w:rPr>
          <w:b w:val="0"/>
          <w:i w:val="0"/>
          <w:color w:val="5A5F6B"/>
          <w:sz w:val="19"/>
          <w:u w:val="none"/>
        </w:rPr>
        <w:t xml:space="preserve"> 1939. szept.: a lengyel menekülteket befogadták, a németek átvonulását nem engedték (fegyveres semlegesség).   </w:t>
      </w:r>
      <w:r>
        <w:rPr>
          <w:b/>
          <w:i w:val="0"/>
          <w:color w:val="5A5F6B"/>
          <w:sz w:val="19"/>
          <w:u w:val="none"/>
        </w:rPr>
        <w:t>C)</w:t>
      </w:r>
      <w:r>
        <w:rPr>
          <w:b w:val="0"/>
          <w:i w:val="0"/>
          <w:color w:val="5A5F6B"/>
          <w:sz w:val="19"/>
          <w:u w:val="none"/>
        </w:rPr>
        <w:t xml:space="preserve"> Kassa bombázása (1941. jún. 26.) → hadba lépés a Szovjetunió ellen.   </w:t>
      </w:r>
      <w:r>
        <w:rPr>
          <w:b/>
          <w:i w:val="0"/>
          <w:color w:val="5A5F6B"/>
          <w:sz w:val="19"/>
          <w:u w:val="none"/>
        </w:rPr>
        <w:t>D)</w:t>
      </w:r>
      <w:r>
        <w:rPr>
          <w:b w:val="0"/>
          <w:i w:val="0"/>
          <w:color w:val="5A5F6B"/>
          <w:sz w:val="19"/>
          <w:u w:val="none"/>
        </w:rPr>
        <w:t xml:space="preserve"> Barcza György figyelmeztetése 1941 tavaszán a német átvonulás és a Jugoszlávia elleni támadás kapcsán.</w:t>
      </w:r>
    </w:p>
    <w:p>
      <w:pPr>
        <w:pStyle w:val="Heading2"/>
        <w:pageBreakBefore/>
      </w:pPr>
      <w:r>
        <w:t>5. feladat – A német birodalmi megbízott jelentése (1944)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2005–2016-os gyűjtemény, 4. feladat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Válaszolj a kérdésekre a források és ismereteid alapján! (Elemenként 0,5 pont.)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>„Magyarország 20 éven keresztül […] alázatosan várta területének növekedését anélkül, hogy gyakorlatilag bármit is tett volna annak érdekében. […] Három ízben növekedett a területe jelentős mértékben a birodalom révén, három ízben növekedett saját közreműködése és harca nélkül. […] Kállay és társaik készek arra, hogy Magyarországot kiszolgáltassák Anglia vagy Oroszország akaratának. […] 1. A kormányzónak nincs hatalma, nincs helyes ösztöne. […] A kormányzó lényében tulajdonképpen katona, de csakis katona. […] Amilyen jó katonás szelleme, olyan siralmasak politikai képességei. […]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>6. […] Minden értünk vérző magyar a mi véráldozatunkat csökkenti, erősíti tartalékainkat a további hadviseléshez, és segít abban, hogy erőinket megőrizzük a háború utáni nagy feladatok megoldására.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[…] előfeltétele a jelenlegi kormány leváltása; pótlására a nemzeti ellenzékkel német irányítás alatt álló kormány alakítandó. […] Eljött az ideje, hogy megszüntessük Magyarország önállósodásának állapotát. […] Ütött az óra, hogy a zsidókérdéshez alaposan hozzányúljunk.”  </w:t>
      </w:r>
      <w:r>
        <w:rPr>
          <w:b w:val="0"/>
          <w:i/>
          <w:sz w:val="20"/>
          <w:u w:val="none"/>
        </w:rPr>
        <w:t>(A német birodalmi megbízott jelentése, 1944)</w:t>
      </w:r>
    </w:p>
    <w:p>
      <w:pPr>
        <w:spacing w:after="0"/>
      </w:pPr>
    </w:p>
    <w:p>
      <w:pPr>
        <w:spacing w:after="16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Határozd meg a forrásban felidézett három területgyarapodás évszámát kronológiai rendben!</w:t>
      </w:r>
    </w:p>
    <w:p>
      <w:pPr>
        <w:spacing w:after="16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Nevezd meg a forrásban felidézett kormányzót!</w:t>
      </w:r>
    </w:p>
    <w:p>
      <w:pPr>
        <w:spacing w:after="16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Sorold fel, hogy mely politikai, katonai, társadalmi lépések megtételére tesz javaslatot a jelentés!</w:t>
      </w:r>
    </w:p>
    <w:p>
      <w:pPr>
        <w:spacing w:after="160"/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Állapítsd meg, hogy a javasolt intézkedések mely cél elérését szolgálják!</w:t>
      </w:r>
    </w:p>
    <w:p>
      <w:pPr>
        <w:pStyle w:val="Heading2"/>
        <w:pageBreakBefore/>
      </w:pPr>
      <w:r>
        <w:rPr>
          <w:color w:val="1B7F6B"/>
        </w:rPr>
        <w:t>5.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saját megoldás (a gyűjtemény nem közöl kulcsot)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1938</w:t>
      </w:r>
      <w:r>
        <w:rPr>
          <w:b w:val="0"/>
          <w:i w:val="0"/>
          <w:sz w:val="22"/>
          <w:u w:val="none"/>
        </w:rPr>
        <w:t xml:space="preserve"> (1. bécsi döntés: Felvidék), </w:t>
      </w:r>
      <w:r>
        <w:rPr>
          <w:b/>
          <w:i w:val="0"/>
          <w:sz w:val="22"/>
          <w:u w:val="none"/>
        </w:rPr>
        <w:t>1940</w:t>
      </w:r>
      <w:r>
        <w:rPr>
          <w:b w:val="0"/>
          <w:i w:val="0"/>
          <w:sz w:val="22"/>
          <w:u w:val="none"/>
        </w:rPr>
        <w:t xml:space="preserve"> (2. bécsi döntés: Észak-Erdély), </w:t>
      </w:r>
      <w:r>
        <w:rPr>
          <w:b/>
          <w:i w:val="0"/>
          <w:sz w:val="22"/>
          <w:u w:val="none"/>
        </w:rPr>
        <w:t>1941</w:t>
      </w:r>
      <w:r>
        <w:rPr>
          <w:b w:val="0"/>
          <w:i w:val="0"/>
          <w:sz w:val="22"/>
          <w:u w:val="none"/>
        </w:rPr>
        <w:t xml:space="preserve"> (Délvidék, a Jugoszlávia elleni német támadás után)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Horthy Miklós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politikai: a </w:t>
      </w:r>
      <w:r>
        <w:rPr>
          <w:b/>
          <w:i w:val="0"/>
          <w:sz w:val="22"/>
          <w:u w:val="none"/>
        </w:rPr>
        <w:t>Kállay-kormány leváltása</w:t>
      </w:r>
      <w:r>
        <w:rPr>
          <w:b w:val="0"/>
          <w:i w:val="0"/>
          <w:sz w:val="22"/>
          <w:u w:val="none"/>
        </w:rPr>
        <w:t xml:space="preserve">, német irányítású kormány alakítása;  katonai: </w:t>
      </w:r>
      <w:r>
        <w:rPr>
          <w:b/>
          <w:i w:val="0"/>
          <w:sz w:val="22"/>
          <w:u w:val="none"/>
        </w:rPr>
        <w:t>több magyar katona</w:t>
      </w:r>
      <w:r>
        <w:rPr>
          <w:b w:val="0"/>
          <w:i w:val="0"/>
          <w:sz w:val="22"/>
          <w:u w:val="none"/>
        </w:rPr>
        <w:t xml:space="preserve"> / nagyobb véráldozat a Wehrmacht oldalán;  társadalmi: a </w:t>
      </w:r>
      <w:r>
        <w:rPr>
          <w:b/>
          <w:i w:val="0"/>
          <w:sz w:val="22"/>
          <w:u w:val="none"/>
        </w:rPr>
        <w:t>„zsidókérdés” megoldása</w:t>
      </w:r>
      <w:r>
        <w:rPr>
          <w:b w:val="0"/>
          <w:i w:val="0"/>
          <w:sz w:val="22"/>
          <w:u w:val="none"/>
        </w:rPr>
        <w:t xml:space="preserve"> (zsidóellenes intézkedések, deportálás)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Magyarország </w:t>
      </w:r>
      <w:r>
        <w:rPr>
          <w:b/>
          <w:i w:val="0"/>
          <w:sz w:val="22"/>
          <w:u w:val="none"/>
        </w:rPr>
        <w:t>önállóságának megszüntetése</w:t>
      </w:r>
      <w:r>
        <w:rPr>
          <w:b w:val="0"/>
          <w:i w:val="0"/>
          <w:sz w:val="22"/>
          <w:u w:val="none"/>
        </w:rPr>
        <w:t>, az ország teljes német ellenőrzése, a háborúból való kiugrás megakadályozása, a magyar erőforrások kiaknázása</w:t>
      </w: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>Megjegyzés: a három területgyarapodás évszámánál az 1939-es Kárpátalja-megszerzés is szóba jöhet; a „birodalom révén, saját harc nélkül” megfogalmazás miatt a bécsi döntések és a Délvidék a legvalószínűbb válasz.</w:t>
      </w:r>
    </w:p>
    <w:p>
      <w:pPr>
        <w:pStyle w:val="Heading2"/>
        <w:pageBreakBefore/>
      </w:pPr>
      <w:r>
        <w:t>6. feladat – Sztójay, Veesenmayer, Szálasi – Magyarország 1944-ben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2018. május (I), középszint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Oldd meg a feladatokat a források és ismereteid segítségével! (Elemenként 1 pont.)</w:t>
      </w: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A)</w:t>
      </w:r>
      <w:r>
        <w:rPr>
          <w:b w:val="0"/>
          <w:i w:val="0"/>
          <w:sz w:val="20"/>
          <w:u w:val="none"/>
        </w:rPr>
        <w:t xml:space="preserve"> „A vezetésem alatt alakult új kormány […] a külpolitikában […] a legmelegebben ápolni fogja a magyar–német jó viszonyt. […] A Magyarország területére [nemrég] érkezett német csapatok […] kölcsönös egyetértésben a bolsevizmusban való közös küzdelmünkben fognak segíteni.”  </w:t>
      </w:r>
      <w:r>
        <w:rPr>
          <w:b w:val="0"/>
          <w:i/>
          <w:sz w:val="20"/>
          <w:u w:val="none"/>
        </w:rPr>
        <w:t>(Sztójay Döme miniszterelnök körtávirata a magyar követségeknek)</w:t>
      </w:r>
    </w:p>
    <w:p>
      <w:pPr>
        <w:spacing w:after="0"/>
      </w:pP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B)</w:t>
      </w:r>
      <w:r>
        <w:rPr>
          <w:b w:val="0"/>
          <w:i w:val="0"/>
          <w:sz w:val="20"/>
          <w:u w:val="none"/>
        </w:rPr>
        <w:t xml:space="preserve"> „Távbeszélőn történt érdeklődésemre e pillanatban értesülök Sztójaytól, hogy a kormányzó, nyilvánvalóan a magyar kormánnyal egyetértésben leállította a zsidóakciók folytatását.”  </w:t>
      </w:r>
      <w:r>
        <w:rPr>
          <w:b w:val="0"/>
          <w:i/>
          <w:sz w:val="20"/>
          <w:u w:val="none"/>
        </w:rPr>
        <w:t>(Edmund Veesenmayernek, Hitler megbízottjának levele Ribbentrop német külügyminiszterhez)</w:t>
      </w:r>
    </w:p>
    <w:p>
      <w:pPr>
        <w:spacing w:after="0"/>
      </w:pP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C)</w:t>
      </w:r>
      <w:r>
        <w:rPr>
          <w:b w:val="0"/>
          <w:i w:val="0"/>
          <w:sz w:val="20"/>
          <w:u w:val="none"/>
        </w:rPr>
        <w:t xml:space="preserve"> „Szálasi személyi felelősségét hangsúlyozva ígéretet tett, hogy a magyar nemzet minden vonatkozásban teljesíteni fogja kötelességét. Bárhol vívják is meg a döntő csatát, a Dunánál, a Balatonnál vagy Bécs falai alatt, Németország mindenkor számíthat Magyarországra. Magától értetődik, hogy a területileg nagyrészt megszállt ország csak még megmaradt erejével tud a harcban osztozni.”  </w:t>
      </w:r>
      <w:r>
        <w:rPr>
          <w:b w:val="0"/>
          <w:i/>
          <w:sz w:val="20"/>
          <w:u w:val="none"/>
        </w:rPr>
        <w:t>(Feljegyzés Hitler és Szálasi megbeszéléséről)</w:t>
      </w:r>
    </w:p>
    <w:p>
      <w:pPr>
        <w:spacing w:after="0"/>
      </w:pPr>
    </w:p>
    <w:p>
      <w:pPr>
        <w:spacing w:after="16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Melyik volt az az év, amelyben mindhárom idézett forrás keletkezett?</w:t>
      </w:r>
    </w:p>
    <w:p>
      <w:pPr>
        <w:spacing w:after="16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Nevezd meg szakkifejezéssel azt a konkrét intézkedést, amelyre a B) forrás a „zsidóakció” szót használja!</w:t>
      </w:r>
    </w:p>
    <w:p>
      <w:pPr>
        <w:spacing w:after="16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Nevezd meg azt az országot, amellyel szembeni küzdelemre az A) és C) források utalnak!</w:t>
      </w:r>
    </w:p>
    <w:p>
      <w:pPr>
        <w:spacing w:after="160"/>
      </w:pPr>
      <w:r>
        <w:rPr>
          <w:b/>
          <w:i w:val="0"/>
          <w:sz w:val="22"/>
          <w:u w:val="none"/>
        </w:rPr>
        <w:t>d–f)</w:t>
      </w:r>
      <w:r>
        <w:rPr>
          <w:b w:val="0"/>
          <w:i w:val="0"/>
          <w:sz w:val="22"/>
          <w:u w:val="none"/>
        </w:rPr>
        <w:t xml:space="preserve"> Állapítsd meg, melyik forrásra vonatkoznak az állítások! Írj X jelet a táblázat megfelelő oszlopába! Egy sorban csak egy X jel szerepelhet.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647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Állítás</w:t>
            </w:r>
          </w:p>
        </w:tc>
        <w:tc>
          <w:tcPr>
            <w:tcW w:type="dxa" w:w="997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A)</w:t>
            </w:r>
          </w:p>
        </w:tc>
        <w:tc>
          <w:tcPr>
            <w:tcW w:type="dxa" w:w="997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B)</w:t>
            </w:r>
          </w:p>
        </w:tc>
        <w:tc>
          <w:tcPr>
            <w:tcW w:type="dxa" w:w="997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C)</w:t>
            </w:r>
          </w:p>
        </w:tc>
      </w:tr>
      <w:tr>
        <w:tc>
          <w:tcPr>
            <w:tcW w:type="dxa" w:w="6647"/>
          </w:tcPr>
          <w:p>
            <w:r/>
            <w:r>
              <w:rPr>
                <w:b w:val="0"/>
                <w:i w:val="0"/>
                <w:sz w:val="20"/>
                <w:u w:val="none"/>
              </w:rPr>
              <w:t>d) A magyar vezetés megkísérelt lazítani a Németországtól való függésen.</w:t>
            </w:r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</w:tr>
      <w:tr>
        <w:tc>
          <w:tcPr>
            <w:tcW w:type="dxa" w:w="6647"/>
          </w:tcPr>
          <w:p>
            <w:r/>
            <w:r>
              <w:rPr>
                <w:b w:val="0"/>
                <w:i w:val="0"/>
                <w:sz w:val="20"/>
                <w:u w:val="none"/>
              </w:rPr>
              <w:t>e) Magyarország a háború során először került idegen katonai megszállás alá.</w:t>
            </w:r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</w:tr>
      <w:tr>
        <w:tc>
          <w:tcPr>
            <w:tcW w:type="dxa" w:w="6647"/>
          </w:tcPr>
          <w:p>
            <w:r/>
            <w:r>
              <w:rPr>
                <w:b w:val="0"/>
                <w:i w:val="0"/>
                <w:sz w:val="20"/>
                <w:u w:val="none"/>
              </w:rPr>
              <w:t>f) Magyarország hadszíntérré vált.</w:t>
            </w:r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</w:tr>
    </w:tbl>
    <w:p>
      <w:pPr>
        <w:spacing w:after="40"/>
      </w:pPr>
    </w:p>
    <w:p>
      <w:pPr>
        <w:pStyle w:val="Heading2"/>
        <w:pageBreakBefore/>
      </w:pPr>
      <w:r>
        <w:rPr>
          <w:color w:val="1B7F6B"/>
        </w:rPr>
        <w:t>6.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saját levezetés (a kulcsfájlban hibás a megoldás)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1944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deportálás</w:t>
      </w:r>
      <w:r>
        <w:rPr>
          <w:b w:val="0"/>
          <w:i w:val="0"/>
          <w:sz w:val="22"/>
          <w:u w:val="none"/>
        </w:rPr>
        <w:t xml:space="preserve"> (a zsidók elszállítása a megszállás alatt, 1944 tavaszától)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Szovjetunió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6647"/>
            <w:shd w:val="clear" w:fill="1F2A44"/>
          </w:tcPr>
          <w:p>
            <w:r/>
            <w:r>
              <w:rPr>
                <w:b/>
                <w:i w:val="0"/>
                <w:color w:val="FFFFFF"/>
                <w:sz w:val="20"/>
                <w:u w:val="none"/>
              </w:rPr>
              <w:t>Állítás</w:t>
            </w:r>
          </w:p>
        </w:tc>
        <w:tc>
          <w:tcPr>
            <w:tcW w:type="dxa" w:w="997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A)</w:t>
            </w:r>
          </w:p>
        </w:tc>
        <w:tc>
          <w:tcPr>
            <w:tcW w:type="dxa" w:w="997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B)</w:t>
            </w:r>
          </w:p>
        </w:tc>
        <w:tc>
          <w:tcPr>
            <w:tcW w:type="dxa" w:w="997"/>
            <w:shd w:val="clear" w:fill="1F2A44"/>
          </w:tcPr>
          <w:p>
            <w:pPr>
              <w:jc w:val="center"/>
            </w:pPr>
            <w:r/>
            <w:r>
              <w:rPr>
                <w:b/>
                <w:i w:val="0"/>
                <w:color w:val="FFFFFF"/>
                <w:sz w:val="20"/>
                <w:u w:val="none"/>
              </w:rPr>
              <w:t>C)</w:t>
            </w:r>
          </w:p>
        </w:tc>
      </w:tr>
      <w:tr>
        <w:tc>
          <w:tcPr>
            <w:tcW w:type="dxa" w:w="6647"/>
          </w:tcPr>
          <w:p>
            <w:r/>
            <w:r>
              <w:rPr>
                <w:b w:val="0"/>
                <w:i w:val="0"/>
                <w:sz w:val="20"/>
                <w:u w:val="none"/>
              </w:rPr>
              <w:t>d) lazítani a német függésen</w:t>
            </w:r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X</w:t>
            </w:r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</w:tr>
      <w:tr>
        <w:tc>
          <w:tcPr>
            <w:tcW w:type="dxa" w:w="6647"/>
          </w:tcPr>
          <w:p>
            <w:r/>
            <w:r>
              <w:rPr>
                <w:b w:val="0"/>
                <w:i w:val="0"/>
                <w:sz w:val="20"/>
                <w:u w:val="none"/>
              </w:rPr>
              <w:t>e) első idegen megszállás</w:t>
            </w:r>
          </w:p>
        </w:tc>
        <w:tc>
          <w:tcPr>
            <w:tcW w:type="dxa" w:w="99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X</w:t>
            </w:r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</w:tr>
      <w:tr>
        <w:tc>
          <w:tcPr>
            <w:tcW w:type="dxa" w:w="6647"/>
          </w:tcPr>
          <w:p>
            <w:r/>
            <w:r>
              <w:rPr>
                <w:b w:val="0"/>
                <w:i w:val="0"/>
                <w:sz w:val="20"/>
                <w:u w:val="none"/>
              </w:rPr>
              <w:t>f) hadszíntér lett</w:t>
            </w:r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</w:p>
        </w:tc>
        <w:tc>
          <w:tcPr>
            <w:tcW w:type="dxa" w:w="997"/>
          </w:tcPr>
          <w:p>
            <w:pPr>
              <w:jc w:val="center"/>
            </w:pPr>
            <w:r/>
            <w:r>
              <w:rPr>
                <w:b w:val="0"/>
                <w:i w:val="0"/>
                <w:sz w:val="20"/>
                <w:u w:val="none"/>
              </w:rPr>
              <w:t>X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 xml:space="preserve">Miért? </w:t>
      </w:r>
      <w:r>
        <w:rPr>
          <w:b/>
          <w:i w:val="0"/>
          <w:color w:val="5A5F6B"/>
          <w:sz w:val="19"/>
          <w:u w:val="none"/>
        </w:rPr>
        <w:t>d)</w:t>
      </w:r>
      <w:r>
        <w:rPr>
          <w:b w:val="0"/>
          <w:i w:val="0"/>
          <w:color w:val="5A5F6B"/>
          <w:sz w:val="19"/>
          <w:u w:val="none"/>
        </w:rPr>
        <w:t xml:space="preserve"> Horthy (a kormánnyal egyetértésben) leállította a deportálásokat – 1944. júl. 7.   </w:t>
      </w:r>
      <w:r>
        <w:rPr>
          <w:b/>
          <w:i w:val="0"/>
          <w:color w:val="5A5F6B"/>
          <w:sz w:val="19"/>
          <w:u w:val="none"/>
        </w:rPr>
        <w:t>e)</w:t>
      </w:r>
      <w:r>
        <w:rPr>
          <w:b w:val="0"/>
          <w:i w:val="0"/>
          <w:color w:val="5A5F6B"/>
          <w:sz w:val="19"/>
          <w:u w:val="none"/>
        </w:rPr>
        <w:t xml:space="preserve"> Sztójay a „nemrég érkezett német csapatokról” beszél – a megszállás 1944. márc. 19-én történt.   </w:t>
      </w:r>
      <w:r>
        <w:rPr>
          <w:b/>
          <w:i w:val="0"/>
          <w:color w:val="5A5F6B"/>
          <w:sz w:val="19"/>
          <w:u w:val="none"/>
        </w:rPr>
        <w:t>f)</w:t>
      </w:r>
      <w:r>
        <w:rPr>
          <w:b w:val="0"/>
          <w:i w:val="0"/>
          <w:color w:val="5A5F6B"/>
          <w:sz w:val="19"/>
          <w:u w:val="none"/>
        </w:rPr>
        <w:t xml:space="preserve"> Szálasi idején (1944 ősze–tele) az ország nagy része szovjet megszállás alatt/frontterület.</w:t>
      </w: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>Figyelem: a kulcsfájlban ennél a feladatnál a megoldás helyén más feladat (első világháború) táblázata áll – a fenti megoldás saját levezetés.</w:t>
      </w:r>
    </w:p>
    <w:p>
      <w:pPr>
        <w:pStyle w:val="Heading2"/>
        <w:pageBreakBefore/>
      </w:pPr>
      <w:r>
        <w:t>7. feladat – Horthy levelei Hitlerhez és Sztálinhoz (1944)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2020. május (I), középszint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Oldd meg a feladatokat a források és ismereteid segítségével! (Elemenként 1 pont.)</w:t>
      </w: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A)</w:t>
      </w:r>
      <w:r>
        <w:rPr>
          <w:b w:val="0"/>
          <w:i w:val="0"/>
          <w:sz w:val="20"/>
          <w:u w:val="none"/>
        </w:rPr>
        <w:t xml:space="preserve"> „A bolsevizmus elleni harc kötelességteljesítés, és ez a szegény, megcsonkított, kirabolt ország örömmel adott mindent, amit adni tudott […]. Hadiiparunk túlnyomórészt Németország számára dolgozik […]. Folyó év március 19. óta 2700 tisztet és 119 654 embert adtunk le [értsd: küldtünk a frontra Németország kérésére]. Nem tudnám megmondani, hogy ilyen fenntartás nélküli áldozatkészség mellett mit lehetne még szemünkre vetni. […]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Csak azért szántam el magam arra, hogy nyomatékosan kérjem […], mindnyájunk érdekében rendeltesse el innen a megszálló csapatokat és a titkosrendőrséget, hogy visszatérhessen a régi, bizalomteljes fegyvertársi viszony.”  </w:t>
      </w:r>
      <w:r>
        <w:rPr>
          <w:b w:val="0"/>
          <w:i/>
          <w:sz w:val="20"/>
          <w:u w:val="none"/>
        </w:rPr>
        <w:t>(Horthy Miklós levele Hitlerhez, június 6.)</w:t>
      </w:r>
    </w:p>
    <w:p>
      <w:pPr>
        <w:spacing w:after="0"/>
      </w:pPr>
    </w:p>
    <w:p>
      <w:pPr>
        <w:spacing w:after="0"/>
        <w:shd w:val="clear" w:color="auto" w:fill="EFEAE0"/>
      </w:pPr>
      <w:r>
        <w:rPr>
          <w:b/>
          <w:i w:val="0"/>
          <w:sz w:val="20"/>
          <w:u w:val="none"/>
        </w:rPr>
        <w:t>B)</w:t>
      </w:r>
      <w:r>
        <w:rPr>
          <w:b w:val="0"/>
          <w:i w:val="0"/>
          <w:sz w:val="20"/>
          <w:u w:val="none"/>
        </w:rPr>
        <w:t xml:space="preserve"> „Ezer éven át, de különösen az utolsó évtizedben, népünk sorsát a szomszédos kolosszus [értsd: Németország] befolyásolta. Ennek a befolyásnak a hatása alatt sodródtunk bele ebbe a Szovjetunióval folytatott szerencsétlen háborúba is. […] Amikor delegátusaimat [küldötteimet] teljhatalommal felruházva elküldöm a fegyverszüneti tárgyalásokra, kérem Önt, hogy kímélje meg ezt a szerencsétlen országot.”  </w:t>
      </w:r>
      <w:r>
        <w:rPr>
          <w:b w:val="0"/>
          <w:i/>
          <w:sz w:val="20"/>
          <w:u w:val="none"/>
        </w:rPr>
        <w:t>(Horthy Miklós levele Sztálinhoz, szeptember vége)</w:t>
      </w:r>
    </w:p>
    <w:p>
      <w:pPr>
        <w:spacing w:after="0"/>
      </w:pPr>
    </w:p>
    <w:p>
      <w:pPr>
        <w:spacing w:after="16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Melyik évben íródtak az idézett levelek?</w:t>
      </w:r>
    </w:p>
    <w:p>
      <w:pPr>
        <w:spacing w:after="4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Mit akart elérni Horthy az A) betűjelű levélben megfogalmazott kéréssel? Karikázd be a helyes válasz sorszámát!</w:t>
      </w:r>
    </w:p>
    <w:p>
      <w:pPr>
        <w:spacing w:after="40"/>
      </w:pPr>
      <w:r>
        <w:rPr>
          <w:b w:val="0"/>
          <w:i w:val="0"/>
          <w:sz w:val="22"/>
          <w:u w:val="none"/>
        </w:rPr>
        <w:t>1. Vissza akarta állítani Magyarország függetlenségét.</w:t>
      </w:r>
    </w:p>
    <w:p>
      <w:pPr>
        <w:spacing w:after="40"/>
      </w:pPr>
      <w:r>
        <w:rPr>
          <w:b w:val="0"/>
          <w:i w:val="0"/>
          <w:sz w:val="22"/>
          <w:u w:val="none"/>
        </w:rPr>
        <w:t>2. Szövetséget akart kötni Németországgal.</w:t>
      </w:r>
    </w:p>
    <w:p>
      <w:pPr>
        <w:spacing w:after="160"/>
      </w:pPr>
      <w:r>
        <w:rPr>
          <w:b w:val="0"/>
          <w:i w:val="0"/>
          <w:sz w:val="22"/>
          <w:u w:val="none"/>
        </w:rPr>
        <w:t>3. Katonai segítséget akart nyújtani Németországnak.</w:t>
      </w:r>
    </w:p>
    <w:p>
      <w:pPr>
        <w:spacing w:after="16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Melyik – a második világháború alatti – döntésére ad eltérő magyarázatokat Horthy a két levélben?</w:t>
      </w:r>
    </w:p>
    <w:p>
      <w:pPr>
        <w:spacing w:after="40"/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Mi jellemezte Németország és a Szovjetunió katonai erőviszonyait a levelek keletkezésének időszakában? Karikázd be a helyes válasz sorszámát!</w:t>
      </w:r>
    </w:p>
    <w:p>
      <w:pPr>
        <w:spacing w:after="40"/>
      </w:pPr>
      <w:r>
        <w:rPr>
          <w:b w:val="0"/>
          <w:i w:val="0"/>
          <w:sz w:val="22"/>
          <w:u w:val="none"/>
        </w:rPr>
        <w:t>1. Kiegyenlítettek voltak az erőviszonyok.</w:t>
      </w:r>
    </w:p>
    <w:p>
      <w:pPr>
        <w:spacing w:after="40"/>
      </w:pPr>
      <w:r>
        <w:rPr>
          <w:b w:val="0"/>
          <w:i w:val="0"/>
          <w:sz w:val="22"/>
          <w:u w:val="none"/>
        </w:rPr>
        <w:t>2. Németország egyre inkább felülkerekedett a háborúban, folyamatos védekezésre kényszerítve a Szovjetuniót.</w:t>
      </w:r>
    </w:p>
    <w:p>
      <w:pPr>
        <w:spacing w:after="160"/>
      </w:pPr>
      <w:r>
        <w:rPr>
          <w:b w:val="0"/>
          <w:i w:val="0"/>
          <w:sz w:val="22"/>
          <w:u w:val="none"/>
        </w:rPr>
        <w:t>3. A szovjet seregek előrenyomultak, korábban megszállt területek feladására kényszerítve Németországot.</w:t>
      </w:r>
    </w:p>
    <w:p>
      <w:pPr>
        <w:pStyle w:val="Heading2"/>
        <w:pageBreakBefore/>
      </w:pPr>
      <w:r>
        <w:rPr>
          <w:color w:val="1B7F6B"/>
        </w:rPr>
        <w:t>7.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hivatalos javítókulcs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1944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1.</w:t>
      </w:r>
      <w:r>
        <w:rPr>
          <w:b w:val="0"/>
          <w:i w:val="0"/>
          <w:sz w:val="22"/>
          <w:u w:val="none"/>
        </w:rPr>
        <w:t xml:space="preserve"> – a megszálló csapatok és a titkosrendőrség (Gestapo) elvitelét kéri, hogy visszaálljon a „bizalomteljes fegyvertársi viszony”, vagyis a magyar önállóság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Magyarország hadba lépése</w:t>
      </w:r>
      <w:r>
        <w:rPr>
          <w:b w:val="0"/>
          <w:i w:val="0"/>
          <w:sz w:val="22"/>
          <w:u w:val="none"/>
        </w:rPr>
        <w:t xml:space="preserve"> a Szovjetunió ellen (1941)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3.</w:t>
      </w:r>
      <w:r>
        <w:rPr>
          <w:b w:val="0"/>
          <w:i w:val="0"/>
          <w:sz w:val="22"/>
          <w:u w:val="none"/>
        </w:rPr>
        <w:t xml:space="preserve"> – a szovjet seregek előrenyomultak, Németország visszavonult</w:t>
      </w: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>Az A) levélben Horthy a hűséget hangsúlyozza („örömmel adott mindent”), a B) levélben a német befolyást okolja („sodródtunk”): ez a kétféle magyarázat.</w:t>
      </w:r>
    </w:p>
    <w:p>
      <w:pPr>
        <w:pStyle w:val="Heading2"/>
        <w:pageBreakBefore/>
      </w:pPr>
      <w:r>
        <w:t>8. feladat – Az Erdélyi Magyar Tanács és Horthy levele (1944)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2005–2016-os gyűjtemény, 25. feladat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Válaszolj a kérdésekre a források és ismereteid segítségével! (Elemenként 1 pont.)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„Hazánk határain […] orosz seregek nyomulnak előre […]. Nyomukban a román haderő, mely a szövetséges hatalmaktól engedélyt nyert, hogy a németek ellen folyó háborúban Magyarország ellen is használja fegyverét. Ilyen körülmények között a németek és a szövetségesek háborújában való további részvétel könnyen nemzeti katasztrófához vezethet.”  </w:t>
      </w:r>
      <w:r>
        <w:rPr>
          <w:b w:val="0"/>
          <w:i/>
          <w:sz w:val="20"/>
          <w:u w:val="none"/>
        </w:rPr>
        <w:t>(Az Erdélyi Magyar Tanács levele Horthy Miklóshoz)</w:t>
      </w:r>
    </w:p>
    <w:p>
      <w:pPr>
        <w:spacing w:after="0"/>
      </w:pP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„Végső veszélyben forgó népem nevében és érdekében fordulok Önhöz. […] Ezer éven át, de különösen az utolsó évtizedben, népünk sorsát a </w:t>
      </w:r>
      <w:r>
        <w:rPr>
          <w:b w:val="0"/>
          <w:i w:val="0"/>
          <w:sz w:val="20"/>
          <w:u w:val="single"/>
        </w:rPr>
        <w:t>szomszédos kolosszus</w:t>
      </w:r>
      <w:r>
        <w:rPr>
          <w:b w:val="0"/>
          <w:i w:val="0"/>
          <w:sz w:val="20"/>
          <w:u w:val="none"/>
        </w:rPr>
        <w:t xml:space="preserve"> [óriás] befolyásolta. […] Amikor delegátusaimat [küldötteimet] teljhatalommal felruházva elküldöm a […] tárgyalásokra, kérem Önt, hogy kímélje meg ezt a szerencsétlen országot […].”  </w:t>
      </w:r>
      <w:r>
        <w:rPr>
          <w:b w:val="0"/>
          <w:i/>
          <w:sz w:val="20"/>
          <w:u w:val="none"/>
        </w:rPr>
        <w:t>(Horthy Miklós levele Sztálinhoz)</w:t>
      </w:r>
    </w:p>
    <w:p>
      <w:pPr>
        <w:spacing w:after="0"/>
      </w:pPr>
    </w:p>
    <w:p>
      <w:pPr>
        <w:spacing w:after="16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Melyik évben íródtak a fenti levelek?</w:t>
      </w:r>
    </w:p>
    <w:p>
      <w:pPr>
        <w:spacing w:after="16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Melyik az az ország, amelyikre a második levélben aláhúzott kifejezés utal?</w:t>
      </w:r>
    </w:p>
    <w:p>
      <w:pPr>
        <w:spacing w:after="16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Mi az a veszély, amelyet mindkét levél szerzői el akartak hárítani?</w:t>
      </w:r>
    </w:p>
    <w:p>
      <w:pPr>
        <w:spacing w:after="160"/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Hogyan kívánták mindkét levél szerzői elhárítani ezt a veszélyt?</w:t>
      </w:r>
    </w:p>
    <w:p>
      <w:pPr>
        <w:pStyle w:val="Heading2"/>
        <w:pageBreakBefore/>
      </w:pPr>
      <w:r>
        <w:rPr>
          <w:color w:val="1B7F6B"/>
        </w:rPr>
        <w:t>8.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saját megoldás (a gyűjtemény nem közöl kulcsot)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1944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Németország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az ország </w:t>
      </w:r>
      <w:r>
        <w:rPr>
          <w:b/>
          <w:i w:val="0"/>
          <w:sz w:val="22"/>
          <w:u w:val="none"/>
        </w:rPr>
        <w:t>szovjet (és román) megszállása</w:t>
      </w:r>
      <w:r>
        <w:rPr>
          <w:b w:val="0"/>
          <w:i w:val="0"/>
          <w:sz w:val="22"/>
          <w:u w:val="none"/>
        </w:rPr>
        <w:t>, a háború pusztítása, a „nemzeti katasztrófa”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a </w:t>
      </w:r>
      <w:r>
        <w:rPr>
          <w:b/>
          <w:i w:val="0"/>
          <w:sz w:val="22"/>
          <w:u w:val="none"/>
        </w:rPr>
        <w:t>háborúból való kiugrással</w:t>
      </w:r>
      <w:r>
        <w:rPr>
          <w:b w:val="0"/>
          <w:i w:val="0"/>
          <w:sz w:val="22"/>
          <w:u w:val="none"/>
        </w:rPr>
        <w:t>: fegyverszüneti tárgyalások a Szovjetunióval / a szövetségesekkel (a németekkel való szakítás)</w:t>
      </w: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>Ugyanaz a Horthy-levél szerepel a 2020. május (I) feladatban is – érdemes a két feladatot együtt ismételni.</w:t>
      </w:r>
    </w:p>
    <w:p>
      <w:pPr>
        <w:pStyle w:val="Heading2"/>
        <w:pageBreakBefore/>
      </w:pPr>
      <w:r>
        <w:t>9. feladat – A Szálasi-kormány programja (1944 ősze)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2018. október, középszint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Oldd meg a feladatokat a forrás és ismereteid segítségével! (Elemenként 1 pont.)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„A Führer szemében Magyarország egyedüli felelős személye a Pártvezető. </w:t>
      </w:r>
      <w:r>
        <w:rPr>
          <w:b w:val="0"/>
          <w:i w:val="0"/>
          <w:sz w:val="20"/>
          <w:u w:val="single"/>
        </w:rPr>
        <w:t>Magyarország szabad, önálló és független állam</w:t>
      </w:r>
      <w:r>
        <w:rPr>
          <w:b w:val="0"/>
          <w:i w:val="0"/>
          <w:sz w:val="20"/>
          <w:u w:val="none"/>
        </w:rPr>
        <w:t>, amely szabadságát, önállóságát és függetlenségét olyan mértékben és úgy nyeri el, ahogyan harcol értük.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Magyarország a német háborúvezetés szempontjából nem átmeneti terület, amelyben csupán időnyerésért folytat harcot, hanem bástya, amely szerves részét képezi a német vezetés minden elhatározásának és melyért Németország éppen olyan döntően harcol, mint teszi ezt Nyugat-Németországban vagy Kelet-Poroszországban.”  </w:t>
      </w:r>
      <w:r>
        <w:rPr>
          <w:b w:val="0"/>
          <w:i/>
          <w:sz w:val="20"/>
          <w:u w:val="none"/>
        </w:rPr>
        <w:t>(Kormányprogram, 1944 ősze)</w:t>
      </w:r>
    </w:p>
    <w:p>
      <w:pPr>
        <w:spacing w:after="0"/>
      </w:pPr>
    </w:p>
    <w:p>
      <w:pPr>
        <w:spacing w:after="16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Nevezd meg a forrásban említett pártvezetőt! Keresztnevet is írj!</w:t>
      </w:r>
    </w:p>
    <w:p>
      <w:pPr>
        <w:spacing w:after="16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Mely esemény sikertelensége miatt került hatalomra a programot megfogalmazó kormány?</w:t>
      </w:r>
    </w:p>
    <w:p>
      <w:pPr>
        <w:spacing w:after="16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Cáfold meg ismereteid segítségével a forrásban aláhúzott állítást!</w:t>
      </w:r>
    </w:p>
    <w:p>
      <w:pPr>
        <w:spacing w:after="160"/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Mely nagyhatalom elleni harcban játszhatott Magyarország „bástya” szerepet a forrás keletkezésének időpontjában?</w:t>
      </w:r>
    </w:p>
    <w:p>
      <w:pPr>
        <w:pStyle w:val="Heading2"/>
        <w:pageBreakBefore/>
      </w:pPr>
      <w:r>
        <w:rPr>
          <w:color w:val="1B7F6B"/>
        </w:rPr>
        <w:t>9.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hivatalos javítókulcs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Szálasi Ferenc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a </w:t>
      </w:r>
      <w:r>
        <w:rPr>
          <w:b/>
          <w:i w:val="0"/>
          <w:sz w:val="22"/>
          <w:u w:val="none"/>
        </w:rPr>
        <w:t>kiugrás(i kísérlet)</w:t>
      </w:r>
      <w:r>
        <w:rPr>
          <w:b w:val="0"/>
          <w:i w:val="0"/>
          <w:sz w:val="22"/>
          <w:u w:val="none"/>
        </w:rPr>
        <w:t xml:space="preserve"> sikertelensége (1944. okt. 15.)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Magyarország a kormányprogram összeállításakor </w:t>
      </w:r>
      <w:r>
        <w:rPr>
          <w:b/>
          <w:i w:val="0"/>
          <w:sz w:val="22"/>
          <w:u w:val="none"/>
        </w:rPr>
        <w:t>német megszállás alatt állt</w:t>
      </w:r>
      <w:r>
        <w:rPr>
          <w:b w:val="0"/>
          <w:i w:val="0"/>
          <w:sz w:val="22"/>
          <w:u w:val="none"/>
        </w:rPr>
        <w:t xml:space="preserve"> / a nyilasok </w:t>
      </w:r>
      <w:r>
        <w:rPr>
          <w:b/>
          <w:i w:val="0"/>
          <w:sz w:val="22"/>
          <w:u w:val="none"/>
        </w:rPr>
        <w:t>kiszolgáltatták az országot a németeknek</w:t>
      </w:r>
      <w:r>
        <w:rPr>
          <w:b w:val="0"/>
          <w:i w:val="0"/>
          <w:sz w:val="22"/>
          <w:u w:val="none"/>
        </w:rPr>
        <w:t xml:space="preserve"> / keleti területeit már elfoglalta a Vörös Hadsereg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Szovjetunió</w:t>
      </w:r>
    </w:p>
    <w:p>
      <w:pPr>
        <w:pStyle w:val="Heading2"/>
        <w:pageBreakBefore/>
      </w:pPr>
      <w:r>
        <w:t>10. feladat – A zsidók elszállítása – Munkács, 1944. május 9.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2005–2016-os gyűjtemény, 8. feladat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Válaszolj a forrás és ismereteid segítségével a kérdésekre!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>„Munkácson május 9-én a rendőrkapitányságon Ferenczy László csendőr alezredes vezetése alatt megtartott értekezleten részt vett dr. Uray László csendőr százados, a németek részéről dr. Zöldi Márton, a Gestapo századosa.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>Tárgyalásra került a zsidók elszállítása, mely május 14-én veszi kezdetét. […]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110 szerelvény szállítja a zsidókat Kassa állomásra, ahol is német rendőrség veszi át a szállítmányokat. </w:t>
      </w:r>
      <w:r>
        <w:rPr>
          <w:b w:val="0"/>
          <w:i w:val="0"/>
          <w:sz w:val="20"/>
          <w:u w:val="single"/>
        </w:rPr>
        <w:t>Jelzés a vonatokon D. A.–Umsiedler, Német munkásátköltöztetés.</w:t>
      </w:r>
      <w:r>
        <w:rPr>
          <w:b w:val="0"/>
          <w:i w:val="0"/>
          <w:sz w:val="20"/>
          <w:u w:val="none"/>
        </w:rPr>
        <w:t xml:space="preserve"> A szerelvény 3000 főt szállít. Áll 45 kocsiból 70 fő poggyásszal együtt és 2 C kocsiból elöl és hátul az őrségnek. A berakóállomás parancsnoka német vagy magyar csendőrtiszt; ő 5 órával előbb az állomásfőnöktől kocsikat és </w:t>
      </w:r>
      <w:r>
        <w:rPr>
          <w:b w:val="0"/>
          <w:i w:val="0"/>
          <w:sz w:val="20"/>
          <w:u w:val="single"/>
        </w:rPr>
        <w:t>helyet kér a berakásra, az állomástól távoli helyen</w:t>
      </w:r>
      <w:r>
        <w:rPr>
          <w:b w:val="0"/>
          <w:i w:val="0"/>
          <w:sz w:val="20"/>
          <w:u w:val="none"/>
        </w:rPr>
        <w:t xml:space="preserve">. A zsidók csak csökkentett poggyászt vihetnek magukkal, matracot, ágyat nem. Névjegyzéket 2 példányban kell készíteni. Egy pld. a szállítmánynál marad, 1 pldt.-t Munkácsra a rendőrkapitánysághoz kell beküldeni a berakóállomás parancsnokának. Ha a vonat éjszaka indul, a zsidókat nappal kell beszállítani. […] A transzport átadása és átvétele Kassán történik. </w:t>
      </w:r>
      <w:r>
        <w:rPr>
          <w:b w:val="0"/>
          <w:i w:val="0"/>
          <w:sz w:val="20"/>
          <w:u w:val="single"/>
        </w:rPr>
        <w:t>Névsort olvasni tilos.</w:t>
      </w:r>
      <w:r>
        <w:rPr>
          <w:b w:val="0"/>
          <w:i w:val="0"/>
          <w:sz w:val="20"/>
          <w:u w:val="none"/>
        </w:rPr>
        <w:t xml:space="preserve"> Polgármesteri teendő: elszállítás után táborhelyeket a közig. hatóság útján fertőtleníttetni kell (tisztiorvos). Szállításnál egyéni beutalások, egyéni akciók kiküszöbölendők.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Dr. Uray százados: ha szükség megkívánja, 100 is mehet egy kocsiban. Berakhatók, mint a heringek, mert a németeknek szívós ember kell. Aki nem bírja, elhullik. Divathölgyekre Németországnak nincs szüksége.”  </w:t>
      </w:r>
      <w:r>
        <w:rPr>
          <w:b w:val="0"/>
          <w:i/>
          <w:sz w:val="20"/>
          <w:u w:val="none"/>
        </w:rPr>
        <w:t>(Rendőrségi jegyzőkönyv; 1944. május 9.)</w:t>
      </w:r>
    </w:p>
    <w:p>
      <w:pPr>
        <w:spacing w:after="0"/>
      </w:pPr>
    </w:p>
    <w:p>
      <w:pPr>
        <w:spacing w:after="16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Mi lehetett a célja a szövegben aláhúzott intézkedéseknek? (1 pont)</w:t>
      </w:r>
    </w:p>
    <w:p>
      <w:pPr>
        <w:spacing w:after="16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Mely szervezetek vettek részt a forrás szerint az akcióban? Kettőt említs! (Elemenként 0,5 pont)</w:t>
      </w:r>
    </w:p>
    <w:p>
      <w:pPr>
        <w:spacing w:after="4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Írd a meghatározás alá a megfelelő fogalom nevét! (Elemenként 0,5 pont)</w:t>
      </w:r>
    </w:p>
    <w:p>
      <w:pPr>
        <w:spacing w:after="40"/>
      </w:pPr>
      <w:r>
        <w:rPr>
          <w:b w:val="0"/>
          <w:i w:val="0"/>
          <w:sz w:val="22"/>
          <w:u w:val="none"/>
        </w:rPr>
        <w:t>1. A lakosság valamely hátrányos helyzetű, etnikai alapon elkülönített csoportjának kényszerrel kijelölt lakóhelye.</w:t>
      </w:r>
    </w:p>
    <w:p>
      <w:pPr>
        <w:spacing w:after="160"/>
      </w:pPr>
      <w:r>
        <w:rPr>
          <w:b w:val="0"/>
          <w:i w:val="0"/>
          <w:sz w:val="22"/>
          <w:u w:val="none"/>
        </w:rPr>
        <w:t>2. Az állam biztonsága szempontjából veszélyesnek nyilvánított személyek vagy csoportok gyűjtőtáborba való szállítása.</w:t>
      </w:r>
    </w:p>
    <w:p>
      <w:pPr>
        <w:pStyle w:val="Heading2"/>
        <w:pageBreakBefore/>
      </w:pPr>
      <w:r>
        <w:rPr>
          <w:color w:val="1B7F6B"/>
        </w:rPr>
        <w:t>10.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saját megoldás (a gyűjtemény nem közöl kulcsot)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a deportálás </w:t>
      </w:r>
      <w:r>
        <w:rPr>
          <w:b/>
          <w:i w:val="0"/>
          <w:sz w:val="22"/>
          <w:u w:val="none"/>
        </w:rPr>
        <w:t>titokban tartása, az áldozatok és a lakosság megtévesztése</w:t>
      </w:r>
      <w:r>
        <w:rPr>
          <w:b w:val="0"/>
          <w:i w:val="0"/>
          <w:sz w:val="22"/>
          <w:u w:val="none"/>
        </w:rPr>
        <w:t xml:space="preserve"> (a vonatok „munkásátköltöztetésnek” álcázása, távoli berakóhely, névsorolvasás tilalma): senki ne tudja, mi lesz a sorsuk, így ne lehessen ellenállás vagy tiltakozás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magyar csendőrség</w:t>
      </w:r>
      <w:r>
        <w:rPr>
          <w:b w:val="0"/>
          <w:i w:val="0"/>
          <w:sz w:val="22"/>
          <w:u w:val="none"/>
        </w:rPr>
        <w:t xml:space="preserve"> (és rendőrség), </w:t>
      </w:r>
      <w:r>
        <w:rPr>
          <w:b/>
          <w:i w:val="0"/>
          <w:sz w:val="22"/>
          <w:u w:val="none"/>
        </w:rPr>
        <w:t>Gestapo</w:t>
      </w:r>
      <w:r>
        <w:rPr>
          <w:b w:val="0"/>
          <w:i w:val="0"/>
          <w:sz w:val="22"/>
          <w:u w:val="none"/>
        </w:rPr>
        <w:t xml:space="preserve"> (német rendőrség)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1. </w:t>
      </w:r>
      <w:r>
        <w:rPr>
          <w:b/>
          <w:i w:val="0"/>
          <w:sz w:val="22"/>
          <w:u w:val="none"/>
        </w:rPr>
        <w:t>gettó</w:t>
      </w:r>
      <w:r>
        <w:rPr>
          <w:b w:val="0"/>
          <w:i w:val="0"/>
          <w:sz w:val="22"/>
          <w:u w:val="none"/>
        </w:rPr>
        <w:t xml:space="preserve">;  2. </w:t>
      </w:r>
      <w:r>
        <w:rPr>
          <w:b/>
          <w:i w:val="0"/>
          <w:sz w:val="22"/>
          <w:u w:val="none"/>
        </w:rPr>
        <w:t>internálás</w:t>
      </w: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>Háttér: a deportálások 1944. május 14-én kezdődtek Kárpátalján, a megszállás (márc. 19.) után; a magyar hatóságok végrehajtó szerepe döntő volt.</w:t>
      </w:r>
    </w:p>
    <w:p>
      <w:pPr>
        <w:pStyle w:val="Heading2"/>
        <w:pageBreakBefore/>
      </w:pPr>
      <w:r>
        <w:t>11. feladat – Zsidóellenes intézkedések a képeken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2005–2016-os gyűjtemény, 21. feladat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Nevezd meg szakkifejezéssel azokat a zsidóellenes intézkedéseket, amelyeknek a foganatosítását a képek ábrázolják! (Elemenként 1 pont.)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22000" cy="100962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00" cy="10096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22000" cy="1134991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00" cy="1134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22000" cy="978336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7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00" cy="9783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9016" cy="1511999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8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016" cy="1511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a) Árokásás a megszállt Ukrajnában</w:t>
            </w:r>
          </w:p>
        </w:tc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b) Zalaegerszegi felirat</w:t>
            </w:r>
          </w:p>
        </w:tc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c) Kárpátaljai zsidók</w:t>
            </w:r>
          </w:p>
        </w:tc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d) Zsidó férfi</w:t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……………………     </w:t>
      </w: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……………………     </w:t>
      </w: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……………………     </w:t>
      </w: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……………………</w:t>
      </w:r>
    </w:p>
    <w:p>
      <w:pPr>
        <w:pStyle w:val="Heading2"/>
        <w:pageBreakBefore/>
      </w:pPr>
      <w:r>
        <w:rPr>
          <w:color w:val="1B7F6B"/>
        </w:rPr>
        <w:t>11.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saját megoldás (a gyűjtemény nem közöl kulcsot)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22000" cy="100962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00" cy="10096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22000" cy="1134991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6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00" cy="11349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1422000" cy="978336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7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000" cy="9783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09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9016" cy="1511999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58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016" cy="1511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a) munkaszolgálat</w:t>
            </w:r>
          </w:p>
        </w:tc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b) gettó (a zsidók kijelölt lakóhelye)</w:t>
            </w:r>
          </w:p>
        </w:tc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c) deportálás</w:t>
            </w:r>
          </w:p>
        </w:tc>
        <w:tc>
          <w:tcPr>
            <w:tcW w:type="dxa" w:w="2409"/>
          </w:tcPr>
          <w:p>
            <w:r/>
            <w:r>
              <w:rPr>
                <w:b/>
                <w:i w:val="0"/>
                <w:sz w:val="18"/>
                <w:u w:val="none"/>
              </w:rPr>
              <w:t>d) sárga csillag viselése (megkülönböztető jelzés)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5A5F6B"/>
          <w:sz w:val="19"/>
          <w:u w:val="none"/>
        </w:rPr>
        <w:t>A felirat: „Zsidónegyed. Keresztényeknek tilos bemenni.” – elkülönítés a gettóban. A csillag viselése kötelező volt 1944 tavaszától.</w:t>
      </w:r>
    </w:p>
    <w:p>
      <w:pPr>
        <w:pStyle w:val="Heading2"/>
        <w:pageBreakBefore/>
      </w:pPr>
      <w:r>
        <w:t>12. feladat – Holokauszt – Kertész Imre: Sorstalanság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2017. május (I), középszint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Döntsd el a forrás és ismereteid alapján, melyik állítás igaz! Karikázd be az igaz állítások sorszámát! Feladatrészenként egy állítás sorszámát karikázd be! (Elemenként 1 pont.)</w:t>
      </w:r>
    </w:p>
    <w:p>
      <w:pPr>
        <w:spacing w:after="0"/>
        <w:shd w:val="clear" w:color="auto" w:fill="EFEAE0"/>
      </w:pPr>
      <w:r>
        <w:rPr>
          <w:b w:val="0"/>
          <w:i w:val="0"/>
          <w:sz w:val="20"/>
          <w:u w:val="none"/>
        </w:rPr>
        <w:t xml:space="preserve">„De máris híre járt, a bőröndök, csomagok itt maradnak. Később – magyarázták, fordították s adták körülöttem szájról szájra – mindenki visszakapja, magától értetődően, a tulajdonát, előbb azonban a tárgyakra fertőtlenítés, miránk viszont fürdő vár […]. Akkor értek aztán közelebb hozzám a nyüzsgésben, s pillantottam meg végre én is az itteni embereket. […] a gonosztevők csíkos gúnyájában, kopaszra nyírt fejével, kerek sapkájában. […] Mindegyikük mellén, a fegyenceknél szokásos számon kívül még egy sárga háromszöget is ott láttam, […] Amikor minket, fiúkat is észrevettek, úgy láttam, egész izgalomba jöttek. […] a korunkra lettek egyszerre mind igen kíváncsiak. Mondtuk: – Tizennégy, tizenöt –; ki mennyi volt. Rögtön igen tiltakoztak, kezükkel, fejükkel, egész testükkel: – Tizenhat – suttogták mindenfelől –, tizenhat. – Csodálkoztam, s egyiküket meg is kérdeztem: – Miért? – Akarok-e dolgozni, kérdezte erre ő, árkos-vonásos szemének valahogy üres tekintetét egészen az enyémbe vájva. Mondtam neki, természetesen, hisz utóvégre is ezért jöttem […]. Mindenki dolgozik, senki sem fáradt, senki sem beteg. – ennyit tudtam még meg tőlük, éspedig az alatt a két, tán nem is egész kerek perc alatt, amíg a tolongásban a helyemről a kocsiajtóig értem, s ott nagyot ugrottam végre, ki a napfénybe, a szabad levegőre.”  </w:t>
      </w:r>
      <w:r>
        <w:rPr>
          <w:b w:val="0"/>
          <w:i/>
          <w:sz w:val="20"/>
          <w:u w:val="none"/>
        </w:rPr>
        <w:t>(Kertész Imre: Sorstalanság)</w:t>
      </w:r>
    </w:p>
    <w:p>
      <w:pPr>
        <w:spacing w:after="0"/>
      </w:pPr>
    </w:p>
    <w:p>
      <w:pPr>
        <w:spacing w:after="4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1. A szöveg azt a pillanatot írja le, amikor az elbeszélőt és társait a szülőföldjükről elhurcolják.</w:t>
      </w:r>
    </w:p>
    <w:p>
      <w:pPr>
        <w:spacing w:after="40"/>
      </w:pPr>
      <w:r>
        <w:rPr>
          <w:b w:val="0"/>
          <w:i w:val="0"/>
          <w:sz w:val="22"/>
          <w:u w:val="none"/>
        </w:rPr>
        <w:t>2. A szöveg azt a pillanatot írja le, amikor az elbeszélő és társai megérkeznek a koncentrációs táborba.</w:t>
      </w:r>
    </w:p>
    <w:p>
      <w:pPr>
        <w:spacing w:after="160"/>
      </w:pPr>
      <w:r>
        <w:rPr>
          <w:b w:val="0"/>
          <w:i w:val="0"/>
          <w:sz w:val="22"/>
          <w:u w:val="none"/>
        </w:rPr>
        <w:t>3. A szöveg azt a pillanatot írja le, amikor az elbeszélőt és társait a gázkamrába terelik.</w:t>
      </w:r>
    </w:p>
    <w:p>
      <w:pPr>
        <w:spacing w:after="4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1. A koncentrációs táborban a zsidók megkülönböztető jele a sárga csillag volt.</w:t>
      </w:r>
    </w:p>
    <w:p>
      <w:pPr>
        <w:spacing w:after="40"/>
      </w:pPr>
      <w:r>
        <w:rPr>
          <w:b w:val="0"/>
          <w:i w:val="0"/>
          <w:sz w:val="22"/>
          <w:u w:val="none"/>
        </w:rPr>
        <w:t>2. A koncentrációs táborban a zsidók megkülönböztető jele a csíkos fegyencruha volt.</w:t>
      </w:r>
    </w:p>
    <w:p>
      <w:pPr>
        <w:spacing w:after="160"/>
      </w:pPr>
      <w:r>
        <w:rPr>
          <w:b w:val="0"/>
          <w:i w:val="0"/>
          <w:sz w:val="22"/>
          <w:u w:val="none"/>
        </w:rPr>
        <w:t>3. A koncentrációs táborban a zsidók megkülönböztető jele a sárga háromszög volt.</w:t>
      </w:r>
    </w:p>
    <w:p>
      <w:pPr>
        <w:spacing w:after="4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1. A „fegyencek” azt mondták a fiúknak, hogy hazudják magukat tizenhat évesnek, mert akkor átvehetik az ő munkájukat.</w:t>
      </w:r>
    </w:p>
    <w:p>
      <w:pPr>
        <w:spacing w:after="40"/>
      </w:pPr>
      <w:r>
        <w:rPr>
          <w:b w:val="0"/>
          <w:i w:val="0"/>
          <w:sz w:val="22"/>
          <w:u w:val="none"/>
        </w:rPr>
        <w:t>2. A „fegyencek” azt mondták a fiúknak, hogy hazudják magukat tizenhat évesnek, mert akkor munkaképes felnőttnek számítanak, és nem ölik meg őket azonnal.</w:t>
      </w:r>
    </w:p>
    <w:p>
      <w:pPr>
        <w:spacing w:after="160"/>
      </w:pPr>
      <w:r>
        <w:rPr>
          <w:b w:val="0"/>
          <w:i w:val="0"/>
          <w:sz w:val="22"/>
          <w:u w:val="none"/>
        </w:rPr>
        <w:t>3. A „fegyencek” azt mondták a fiúknak, hogy hazudják magukat tizenhat év alattinak, mert akkor nem kell dolgozniuk.</w:t>
      </w:r>
    </w:p>
    <w:p>
      <w:pPr>
        <w:spacing w:after="40"/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1. Az elbeszélő és társai abban a hitben érkeztek, hogy dolgozni fognak.</w:t>
      </w:r>
    </w:p>
    <w:p>
      <w:pPr>
        <w:spacing w:after="40"/>
      </w:pPr>
      <w:r>
        <w:rPr>
          <w:b w:val="0"/>
          <w:i w:val="0"/>
          <w:sz w:val="22"/>
          <w:u w:val="none"/>
        </w:rPr>
        <w:t>2. Az elbeszélő és társai pontosan tudták, hogy kivégezni hozták őket.</w:t>
      </w:r>
    </w:p>
    <w:p>
      <w:pPr>
        <w:spacing w:after="160"/>
      </w:pPr>
      <w:r>
        <w:rPr>
          <w:b w:val="0"/>
          <w:i w:val="0"/>
          <w:sz w:val="22"/>
          <w:u w:val="none"/>
        </w:rPr>
        <w:t>3. Az elbeszélő és társai abban bíztak, hogy tisztálkodás után szabadon engedik őket.</w:t>
      </w:r>
    </w:p>
    <w:p>
      <w:pPr>
        <w:pStyle w:val="Heading2"/>
        <w:pageBreakBefore/>
      </w:pPr>
      <w:r>
        <w:rPr>
          <w:color w:val="1B7F6B"/>
        </w:rPr>
        <w:t>12.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hivatalos javítókulcs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2.</w:t>
      </w:r>
      <w:r>
        <w:rPr>
          <w:b w:val="0"/>
          <w:i w:val="0"/>
          <w:sz w:val="22"/>
          <w:u w:val="none"/>
        </w:rPr>
        <w:t xml:space="preserve"> – megérkezés a koncentrációs táborba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3.</w:t>
      </w:r>
      <w:r>
        <w:rPr>
          <w:b w:val="0"/>
          <w:i w:val="0"/>
          <w:sz w:val="22"/>
          <w:u w:val="none"/>
        </w:rPr>
        <w:t xml:space="preserve"> – sárga háromszög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2.</w:t>
      </w:r>
      <w:r>
        <w:rPr>
          <w:b w:val="0"/>
          <w:i w:val="0"/>
          <w:sz w:val="22"/>
          <w:u w:val="none"/>
        </w:rPr>
        <w:t xml:space="preserve"> – a 16 évesek munkaképesnek számítottak, őket nem ölték meg azonnal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1.</w:t>
      </w:r>
      <w:r>
        <w:rPr>
          <w:b w:val="0"/>
          <w:i w:val="0"/>
          <w:sz w:val="22"/>
          <w:u w:val="none"/>
        </w:rPr>
        <w:t xml:space="preserve"> – abban a hitben érkeztek, hogy dolgozni fognak (Mondtam neki, természetesen, hisz utóvégre is ezért jöttem)</w:t>
      </w:r>
    </w:p>
    <w:p>
      <w:pPr>
        <w:pStyle w:val="Heading2"/>
        <w:pageBreakBefore/>
      </w:pPr>
      <w:r>
        <w:t>13. feladat – Magyarország háborús veszteségei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2005–2016-os gyűjtemény, 6. feladat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Válaszolj a kérdésekre a források és saját ismereteid alapján!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r>
              <w:drawing>
                <wp:inline xmlns:a="http://schemas.openxmlformats.org/drawingml/2006/main" xmlns:pic="http://schemas.openxmlformats.org/drawingml/2006/picture">
                  <wp:extent cx="6012000" cy="1859087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45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2000" cy="185908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9638"/>
          </w:tcPr>
          <w:p>
            <w:r/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Húzd alá a felsorolásban azt a gazdasági területet, amely a legnagyobb károkat szenvedte el! (0,5 pont)</w:t>
      </w:r>
    </w:p>
    <w:p>
      <w:pPr>
        <w:spacing w:after="160"/>
      </w:pPr>
      <w:r>
        <w:rPr>
          <w:b w:val="0"/>
          <w:i w:val="0"/>
          <w:sz w:val="22"/>
          <w:u w:val="none"/>
        </w:rPr>
        <w:t>vegyipar     infrastruktúra     bányászat</w:t>
      </w:r>
    </w:p>
    <w:p>
      <w:pPr>
        <w:spacing w:after="16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Sorolj fel két okot, melyek az ország súlyos háborús veszteségeibe szerepet játszottak! (Elemenként 1 pont)</w:t>
      </w:r>
    </w:p>
    <w:p>
      <w:pPr>
        <w:spacing w:after="160"/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Magyarázd meg, miért volt magas a nem katonai áldozatok száma! (1 pont)</w:t>
      </w:r>
    </w:p>
    <w:p>
      <w:pPr>
        <w:spacing w:after="160"/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Nevezd meg, hogy 1943-ban hol, mely frontszakaszon szenvedte el a magyar hadsereg a legnagyobb emberveszteségeit! (0,5 pont)</w:t>
      </w:r>
    </w:p>
    <w:p>
      <w:pPr>
        <w:pStyle w:val="Heading2"/>
        <w:pageBreakBefore/>
      </w:pPr>
      <w:r>
        <w:rPr>
          <w:color w:val="1B7F6B"/>
        </w:rPr>
        <w:t>13.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saját megoldás (a gyűjtemény nem közöl kulcsot)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infrastruktúra</w:t>
      </w:r>
      <w:r>
        <w:rPr>
          <w:b w:val="0"/>
          <w:i w:val="0"/>
          <w:sz w:val="22"/>
          <w:u w:val="none"/>
        </w:rPr>
        <w:t xml:space="preserve"> (a Duna- és Tisza-hidak 100%-a, a vasúti sínhálózat 40%-a pusztult el)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pl. az ország </w:t>
      </w:r>
      <w:r>
        <w:rPr>
          <w:b/>
          <w:i w:val="0"/>
          <w:sz w:val="22"/>
          <w:u w:val="none"/>
        </w:rPr>
        <w:t>hadszíntérré vált</w:t>
      </w:r>
      <w:r>
        <w:rPr>
          <w:b w:val="0"/>
          <w:i w:val="0"/>
          <w:sz w:val="22"/>
          <w:u w:val="none"/>
        </w:rPr>
        <w:t xml:space="preserve"> (1944–45-ös harcok, Budapest ostroma); a </w:t>
      </w:r>
      <w:r>
        <w:rPr>
          <w:b/>
          <w:i w:val="0"/>
          <w:sz w:val="22"/>
          <w:u w:val="none"/>
        </w:rPr>
        <w:t>bombázások</w:t>
      </w:r>
      <w:r>
        <w:rPr>
          <w:b w:val="0"/>
          <w:i w:val="0"/>
          <w:sz w:val="22"/>
          <w:u w:val="none"/>
        </w:rPr>
        <w:t xml:space="preserve">; a </w:t>
      </w:r>
      <w:r>
        <w:rPr>
          <w:b/>
          <w:i w:val="0"/>
          <w:sz w:val="22"/>
          <w:u w:val="none"/>
        </w:rPr>
        <w:t>visszavonuló németek pusztítása</w:t>
      </w:r>
      <w:r>
        <w:rPr>
          <w:b w:val="0"/>
          <w:i w:val="0"/>
          <w:sz w:val="22"/>
          <w:u w:val="none"/>
        </w:rPr>
        <w:t xml:space="preserve"> (hidak felrobbantása) és kifosztása; a hosszú részvétel a keleti fronton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c)</w:t>
      </w:r>
      <w:r>
        <w:rPr>
          <w:b w:val="0"/>
          <w:i w:val="0"/>
          <w:sz w:val="22"/>
          <w:u w:val="none"/>
        </w:rPr>
        <w:t xml:space="preserve"> a </w:t>
      </w:r>
      <w:r>
        <w:rPr>
          <w:b/>
          <w:i w:val="0"/>
          <w:sz w:val="22"/>
          <w:u w:val="none"/>
        </w:rPr>
        <w:t>holokauszt</w:t>
      </w:r>
      <w:r>
        <w:rPr>
          <w:b w:val="0"/>
          <w:i w:val="0"/>
          <w:sz w:val="22"/>
          <w:u w:val="none"/>
        </w:rPr>
        <w:t xml:space="preserve"> (kb. 400 ezer zsidó áldozat), a harcok és bombázások civil áldozatai, a romák (kb. 50 ezer) és más üldözöttek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</w:t>
      </w:r>
      <w:r>
        <w:rPr>
          <w:b/>
          <w:i w:val="0"/>
          <w:sz w:val="22"/>
          <w:u w:val="none"/>
        </w:rPr>
        <w:t>Don-kanyar</w:t>
      </w:r>
      <w:r>
        <w:rPr>
          <w:b w:val="0"/>
          <w:i w:val="0"/>
          <w:sz w:val="22"/>
          <w:u w:val="none"/>
        </w:rPr>
        <w:t xml:space="preserve"> (Voronyezs térsége, 1943 januárja) – a 2. magyar hadsereg pusztulása</w:t>
      </w:r>
    </w:p>
    <w:p>
      <w:pPr>
        <w:pStyle w:val="Heading2"/>
        <w:pageBreakBefore/>
      </w:pPr>
      <w:r>
        <w:t>14. feladat – A háború következményei Budapesten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Forrás: 2005–2016-os gyűjtemény, 27. feladat</w:t>
      </w:r>
    </w:p>
    <w:p>
      <w:pPr>
        <w:spacing w:after="80"/>
      </w:pPr>
      <w:r>
        <w:rPr>
          <w:b w:val="0"/>
          <w:i/>
          <w:color w:val="5A5F6B"/>
          <w:sz w:val="20"/>
          <w:u w:val="none"/>
        </w:rPr>
        <w:t>Oldd meg a feladatokat a források és ismereteid segítségével!</w:t>
      </w:r>
    </w:p>
    <w:p>
      <w:pPr>
        <w:spacing w:after="40"/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Karikázd be a következő mondatok közül annak a kettőnek a betűjelét, amelyik </w:t>
      </w:r>
      <w:r>
        <w:rPr>
          <w:b/>
          <w:i w:val="0"/>
          <w:sz w:val="22"/>
          <w:u w:val="none"/>
        </w:rPr>
        <w:t>hamis</w:t>
      </w:r>
      <w:r>
        <w:rPr>
          <w:b w:val="0"/>
          <w:i w:val="0"/>
          <w:sz w:val="22"/>
          <w:u w:val="none"/>
        </w:rPr>
        <w:t xml:space="preserve"> állítást tartalmaz! (Kizárólag a két megfelelő válasz esetén: 1 pont)</w:t>
      </w:r>
    </w:p>
    <w:p>
      <w:pPr>
        <w:spacing w:after="40"/>
      </w:pPr>
      <w:r>
        <w:rPr>
          <w:b w:val="0"/>
          <w:i w:val="0"/>
          <w:sz w:val="22"/>
          <w:u w:val="none"/>
        </w:rPr>
        <w:t>A) A legtöbb katona az észak-olaszországi hadszíntéren folyó harcokban esett el.</w:t>
      </w:r>
    </w:p>
    <w:p>
      <w:pPr>
        <w:spacing w:after="40"/>
      </w:pPr>
      <w:r>
        <w:rPr>
          <w:b w:val="0"/>
          <w:i w:val="0"/>
          <w:sz w:val="22"/>
          <w:u w:val="none"/>
        </w:rPr>
        <w:t>B) Az áldozatok közt nagyobb arányban voltak polgári személyek, mint az első világháborúban.</w:t>
      </w:r>
    </w:p>
    <w:p>
      <w:pPr>
        <w:spacing w:after="40"/>
      </w:pPr>
      <w:r>
        <w:rPr>
          <w:b w:val="0"/>
          <w:i w:val="0"/>
          <w:sz w:val="22"/>
          <w:u w:val="none"/>
        </w:rPr>
        <w:t>C) A polgári áldozatok közül sokan a holokauszt áldozatai lettek.</w:t>
      </w:r>
    </w:p>
    <w:p>
      <w:pPr>
        <w:spacing w:after="40"/>
      </w:pPr>
      <w:r>
        <w:rPr>
          <w:b w:val="0"/>
          <w:i w:val="0"/>
          <w:sz w:val="22"/>
          <w:u w:val="none"/>
        </w:rPr>
        <w:t>D) A nagy veszteségekhez az is hozzájárult, hogy az ország területe a háború során végig hadműveleti terület volt.</w:t>
      </w:r>
    </w:p>
    <w:p>
      <w:pPr>
        <w:spacing w:after="160"/>
      </w:pPr>
      <w:r>
        <w:rPr>
          <w:b w:val="0"/>
          <w:i w:val="0"/>
          <w:sz w:val="22"/>
          <w:u w:val="none"/>
        </w:rPr>
        <w:t>E) A hadifoglyok közül a legtöbben szovjet fogságba kerültek.</w:t>
      </w:r>
    </w:p>
    <w:p>
      <w:pPr>
        <w:spacing w:after="40"/>
      </w:pPr>
      <w:r>
        <w:rPr>
          <w:b/>
          <w:i w:val="0"/>
          <w:sz w:val="22"/>
          <w:u w:val="none"/>
        </w:rPr>
        <w:t>b)</w:t>
      </w:r>
      <w:r>
        <w:rPr>
          <w:b w:val="0"/>
          <w:i w:val="0"/>
          <w:sz w:val="22"/>
          <w:u w:val="none"/>
        </w:rPr>
        <w:t xml:space="preserve"> Az alábbi fényképek Budapesten készültek, a második világháborút követő években. Írd a képek alá annak/azoknak az állításnak a sorszámát, amely(ek) magyarázatot ad(nak) a képen látható jelenségre! Egy-egy állítás csak egyszer szerepelhet, két állítás kimarad. (Elemenként 0,5 pont)</w:t>
      </w:r>
    </w:p>
    <w:p>
      <w:pPr>
        <w:spacing w:after="40"/>
      </w:pPr>
      <w:r>
        <w:rPr>
          <w:b w:val="0"/>
          <w:i w:val="0"/>
          <w:sz w:val="22"/>
          <w:u w:val="none"/>
        </w:rPr>
        <w:t>1. A világháború 800 ezer és 1 millió fő közé becsült áldozatainak többsége férfi volt.</w:t>
      </w:r>
    </w:p>
    <w:p>
      <w:pPr>
        <w:spacing w:after="40"/>
      </w:pPr>
      <w:r>
        <w:rPr>
          <w:b w:val="0"/>
          <w:i w:val="0"/>
          <w:sz w:val="22"/>
          <w:u w:val="none"/>
        </w:rPr>
        <w:t>2. A sínhálózat 40%-a, a mozdonyok több mint 2/3-a megsemmisült.</w:t>
      </w:r>
    </w:p>
    <w:p>
      <w:pPr>
        <w:spacing w:after="40"/>
      </w:pPr>
      <w:r>
        <w:rPr>
          <w:b w:val="0"/>
          <w:i w:val="0"/>
          <w:sz w:val="22"/>
          <w:u w:val="none"/>
        </w:rPr>
        <w:t>3. A visszavonuló német csapatok összesen 28 Tisza- és Duna-hidat robbantottak fel.</w:t>
      </w:r>
    </w:p>
    <w:p>
      <w:pPr>
        <w:spacing w:after="40"/>
      </w:pPr>
      <w:r>
        <w:rPr>
          <w:b w:val="0"/>
          <w:i w:val="0"/>
          <w:sz w:val="22"/>
          <w:u w:val="none"/>
        </w:rPr>
        <w:t>4. A termésmennyiségek 1945-ben az 1930-as években jellemző termésmennyiségek harmadát-felét tették ki.</w:t>
      </w:r>
    </w:p>
    <w:p>
      <w:pPr>
        <w:spacing w:after="40"/>
      </w:pPr>
      <w:r>
        <w:rPr>
          <w:b w:val="0"/>
          <w:i w:val="0"/>
          <w:sz w:val="22"/>
          <w:u w:val="none"/>
        </w:rPr>
        <w:t>5. 1946 nyarán az infláció addig soha nem látott méreteket öltött: július utolsó napján az áremelkedés 158 486% volt.</w:t>
      </w:r>
    </w:p>
    <w:p>
      <w:pPr>
        <w:spacing w:after="160"/>
      </w:pPr>
      <w:r>
        <w:rPr>
          <w:b w:val="0"/>
          <w:i w:val="0"/>
          <w:sz w:val="22"/>
          <w:u w:val="none"/>
        </w:rPr>
        <w:t>6. Budapest épületeinek 3/4-e megsemmisült vagy károkat szenvedett.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drawing>
                <wp:inline xmlns:a="http://schemas.openxmlformats.org/drawingml/2006/main" xmlns:pic="http://schemas.openxmlformats.org/drawingml/2006/picture">
                  <wp:extent cx="1932000" cy="1275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6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000" cy="127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</w:tcPr>
          <w:p>
            <w:r>
              <w:drawing>
                <wp:inline xmlns:a="http://schemas.openxmlformats.org/drawingml/2006/main" xmlns:pic="http://schemas.openxmlformats.org/drawingml/2006/picture">
                  <wp:extent cx="1932000" cy="1487309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7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000" cy="14873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</w:tcPr>
          <w:p>
            <w:r>
              <w:drawing>
                <wp:inline xmlns:a="http://schemas.openxmlformats.org/drawingml/2006/main" xmlns:pic="http://schemas.openxmlformats.org/drawingml/2006/picture">
                  <wp:extent cx="1515623" cy="1871999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8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623" cy="1871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213"/>
          </w:tcPr>
          <w:p>
            <w:r/>
            <w:r>
              <w:rPr>
                <w:b/>
                <w:i w:val="0"/>
                <w:sz w:val="18"/>
                <w:u w:val="none"/>
              </w:rPr>
              <w:t>A) Romeltakarítás a Várban:  …… ; ……</w:t>
            </w:r>
          </w:p>
        </w:tc>
        <w:tc>
          <w:tcPr>
            <w:tcW w:type="dxa" w:w="3213"/>
          </w:tcPr>
          <w:p>
            <w:r/>
            <w:r>
              <w:rPr>
                <w:b/>
                <w:i w:val="0"/>
                <w:sz w:val="18"/>
                <w:u w:val="none"/>
              </w:rPr>
              <w:t>B) Hajtják a marhát a vágóhídra a Rákóczi úton:  ……</w:t>
            </w:r>
          </w:p>
        </w:tc>
        <w:tc>
          <w:tcPr>
            <w:tcW w:type="dxa" w:w="3213"/>
          </w:tcPr>
          <w:p>
            <w:r/>
            <w:r>
              <w:rPr>
                <w:b/>
                <w:i w:val="0"/>
                <w:sz w:val="18"/>
                <w:u w:val="none"/>
              </w:rPr>
              <w:t>C) Söprik a pengőt a Lehel téren:  ……</w:t>
            </w:r>
          </w:p>
        </w:tc>
      </w:tr>
    </w:tbl>
    <w:p>
      <w:pPr>
        <w:spacing w:after="40"/>
      </w:pPr>
    </w:p>
    <w:p>
      <w:pPr>
        <w:pStyle w:val="Heading2"/>
        <w:pageBreakBefore/>
      </w:pPr>
      <w:r>
        <w:rPr>
          <w:color w:val="1B7F6B"/>
        </w:rPr>
        <w:t>14. feladat – MEGOLDÁS</w:t>
      </w:r>
    </w:p>
    <w:p>
      <w:pPr>
        <w:spacing w:after="80"/>
      </w:pPr>
      <w:r>
        <w:rPr>
          <w:b w:val="0"/>
          <w:i/>
          <w:color w:val="5A5F6B"/>
          <w:sz w:val="18"/>
          <w:u w:val="none"/>
        </w:rPr>
        <w:t>Megoldás forrása: saját megoldás (a gyűjtemény nem közöl kulcsot)</w:t>
      </w:r>
    </w:p>
    <w:p>
      <w:pPr>
        <w:spacing w:after="120"/>
        <w:shd w:val="clear" w:color="auto" w:fill="E6F4EF"/>
        <w:pBdr>
          <w:top w:val="single" w:sz="6" w:space="4" w:color="1B7F6B"/>
          <w:left w:val="single" w:sz="6" w:space="4" w:color="1B7F6B"/>
          <w:bottom w:val="single" w:sz="6" w:space="4" w:color="1B7F6B"/>
          <w:right w:val="single" w:sz="6" w:space="4" w:color="1B7F6B"/>
        </w:pBdr>
      </w:pP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hamis: </w:t>
      </w:r>
      <w:r>
        <w:rPr>
          <w:b/>
          <w:i w:val="0"/>
          <w:sz w:val="22"/>
          <w:u w:val="none"/>
        </w:rPr>
        <w:t>A)</w:t>
      </w:r>
      <w:r>
        <w:rPr>
          <w:b w:val="0"/>
          <w:i w:val="0"/>
          <w:sz w:val="22"/>
          <w:u w:val="none"/>
        </w:rPr>
        <w:t xml:space="preserve"> (a legtöbb katona a keleti fronton esett el / esett fogságba) és </w:t>
      </w:r>
      <w:r>
        <w:rPr>
          <w:b/>
          <w:i w:val="0"/>
          <w:sz w:val="22"/>
          <w:u w:val="none"/>
        </w:rPr>
        <w:t>D)</w:t>
      </w:r>
      <w:r>
        <w:rPr>
          <w:b w:val="0"/>
          <w:i w:val="0"/>
          <w:sz w:val="22"/>
          <w:u w:val="none"/>
        </w:rPr>
        <w:t xml:space="preserve"> (hadműveleti terület csak 1944 őszétől, a front 1945 tavaszáig volt itt)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drawing>
                <wp:inline xmlns:a="http://schemas.openxmlformats.org/drawingml/2006/main" xmlns:pic="http://schemas.openxmlformats.org/drawingml/2006/picture">
                  <wp:extent cx="1932000" cy="1275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6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000" cy="1275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</w:tcPr>
          <w:p>
            <w:r>
              <w:drawing>
                <wp:inline xmlns:a="http://schemas.openxmlformats.org/drawingml/2006/main" xmlns:pic="http://schemas.openxmlformats.org/drawingml/2006/picture">
                  <wp:extent cx="1932000" cy="1487309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7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000" cy="14873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</w:tcPr>
          <w:p>
            <w:r>
              <w:drawing>
                <wp:inline xmlns:a="http://schemas.openxmlformats.org/drawingml/2006/main" xmlns:pic="http://schemas.openxmlformats.org/drawingml/2006/picture">
                  <wp:extent cx="1515623" cy="1871999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68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5623" cy="1871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3213"/>
          </w:tcPr>
          <w:p>
            <w:r/>
            <w:r>
              <w:rPr>
                <w:b/>
                <w:i w:val="0"/>
                <w:sz w:val="18"/>
                <w:u w:val="none"/>
              </w:rPr>
              <w:t>A) 6. és 1.</w:t>
            </w:r>
          </w:p>
        </w:tc>
        <w:tc>
          <w:tcPr>
            <w:tcW w:type="dxa" w:w="3213"/>
          </w:tcPr>
          <w:p>
            <w:r/>
            <w:r>
              <w:rPr>
                <w:b/>
                <w:i w:val="0"/>
                <w:sz w:val="18"/>
                <w:u w:val="none"/>
              </w:rPr>
              <w:t>B) 2.</w:t>
            </w:r>
          </w:p>
        </w:tc>
        <w:tc>
          <w:tcPr>
            <w:tcW w:type="dxa" w:w="3213"/>
          </w:tcPr>
          <w:p>
            <w:r/>
            <w:r>
              <w:rPr>
                <w:b/>
                <w:i w:val="0"/>
                <w:sz w:val="18"/>
                <w:u w:val="none"/>
              </w:rPr>
              <w:t>C) 5.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5A5F6B"/>
          <w:sz w:val="19"/>
          <w:u w:val="none"/>
        </w:rPr>
        <w:t>A)</w:t>
      </w:r>
      <w:r>
        <w:rPr>
          <w:b w:val="0"/>
          <w:i w:val="0"/>
          <w:color w:val="5A5F6B"/>
          <w:sz w:val="19"/>
          <w:u w:val="none"/>
        </w:rPr>
        <w:t xml:space="preserve"> romok + női munkaerő: Budapest épületeinek ¾-e megsemmisült vagy károsodott (6.), az áldozatok többsége férfi volt, ezért nők végzik a nehéz munkát (1.).   </w:t>
      </w:r>
      <w:r>
        <w:rPr>
          <w:b/>
          <w:i w:val="0"/>
          <w:color w:val="5A5F6B"/>
          <w:sz w:val="19"/>
          <w:u w:val="none"/>
        </w:rPr>
        <w:t>B)</w:t>
      </w:r>
      <w:r>
        <w:rPr>
          <w:b w:val="0"/>
          <w:i w:val="0"/>
          <w:color w:val="5A5F6B"/>
          <w:sz w:val="19"/>
          <w:u w:val="none"/>
        </w:rPr>
        <w:t xml:space="preserve"> a vasúti szállítás megsemmisült, ezért gyalog hajtják a marhát (2.).   </w:t>
      </w:r>
      <w:r>
        <w:rPr>
          <w:b/>
          <w:i w:val="0"/>
          <w:color w:val="5A5F6B"/>
          <w:sz w:val="19"/>
          <w:u w:val="none"/>
        </w:rPr>
        <w:t>C)</w:t>
      </w:r>
      <w:r>
        <w:rPr>
          <w:b w:val="0"/>
          <w:i w:val="0"/>
          <w:color w:val="5A5F6B"/>
          <w:sz w:val="19"/>
          <w:u w:val="none"/>
        </w:rPr>
        <w:t xml:space="preserve"> a hiperinfláció, a pengő elértéktelenedése (5.). A 3. és a 4. kimarad.</w:t>
      </w:r>
    </w:p>
    <w:p>
      <w:pPr>
        <w:pStyle w:val="Heading2"/>
      </w:pPr>
      <w:r>
        <w:t>Felhasznált anyagok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>Órai vázlat (jegyzet): Magyarország a II. világháborúban, 1936–1945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>Érettségi feladatbank történelemből, 2017–2023, középszintű tesztek és megoldások (Katolikus Pedagógiai Intézet, 2024; az oktatas.hu feladatai alapján)</w:t>
      </w:r>
    </w:p>
    <w:p>
      <w:pPr>
        <w:pStyle w:val="ListBullet"/>
        <w:spacing w:after="80"/>
      </w:pPr>
      <w:r>
        <w:rPr>
          <w:b w:val="0"/>
          <w:i w:val="0"/>
          <w:sz w:val="22"/>
          <w:u w:val="none"/>
        </w:rPr>
        <w:t>Érettségi feladatok gyűjteménye – Magyar történelem, középszint, 2005–2016 (összeállította: Fekete Bálint, Újkor.hu)</w:t>
      </w:r>
    </w:p>
    <w:p>
      <w:pPr>
        <w:spacing w:after="80"/>
      </w:pPr>
      <w:r>
        <w:rPr>
          <w:b w:val="0"/>
          <w:i w:val="0"/>
          <w:sz w:val="22"/>
          <w:u w:val="none"/>
        </w:rPr>
        <w:t>A „＋” jelű, lila sorok kiegészítések; a 2005–2016-os feladatok megoldásai saját készítésűek, ezeket érdemes tanárral is ellenőrizni.</w:t>
      </w:r>
    </w:p>
    <w:sectPr w:rsidR="00FC693F" w:rsidRPr="0006063C" w:rsidSect="00034616">
      <w:footerReference w:type="default" r:id="rId17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Magyarország a második világháborúban · tanulóvázlat · </w:t>
    </w:r>
    <w:r>
      <w:rPr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2A4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9B233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